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F3FE7" w14:textId="77777777" w:rsidR="00365825" w:rsidRDefault="00000000">
      <w:pPr>
        <w:spacing w:after="0" w:line="240" w:lineRule="auto"/>
        <w:jc w:val="center"/>
      </w:pPr>
      <w:r>
        <w:rPr>
          <w:noProof/>
        </w:rPr>
        <w:drawing>
          <wp:inline distT="0" distB="0" distL="0" distR="0" wp14:anchorId="25D1B655" wp14:editId="794CAAFA">
            <wp:extent cx="7543800" cy="106614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0e9fd4b4-e1ad-48ed-a91b-9e7a31bf3fe1.png"/>
                    <pic:cNvPicPr/>
                  </pic:nvPicPr>
                  <pic:blipFill>
                    <a:blip r:embed="rId8"/>
                    <a:stretch>
                      <a:fillRect/>
                    </a:stretch>
                  </pic:blipFill>
                  <pic:spPr>
                    <a:xfrm>
                      <a:off x="0" y="0"/>
                      <a:ext cx="7543800" cy="10661427"/>
                    </a:xfrm>
                    <a:prstGeom prst="rect">
                      <a:avLst/>
                    </a:prstGeom>
                  </pic:spPr>
                </pic:pic>
              </a:graphicData>
            </a:graphic>
          </wp:inline>
        </w:drawing>
      </w:r>
    </w:p>
    <w:p w14:paraId="11238625" w14:textId="77777777" w:rsidR="00365825" w:rsidRDefault="00365825">
      <w:pPr>
        <w:sectPr w:rsidR="00365825">
          <w:pgSz w:w="11909" w:h="16834"/>
          <w:pgMar w:top="0" w:right="0" w:bottom="0" w:left="0" w:header="0" w:footer="0" w:gutter="0"/>
          <w:cols w:space="720"/>
          <w:docGrid w:linePitch="360"/>
        </w:sectPr>
      </w:pPr>
    </w:p>
    <w:tbl>
      <w:tblPr>
        <w:tblW w:w="9604" w:type="dxa"/>
        <w:tblLayout w:type="fixed"/>
        <w:tblLook w:val="04A0" w:firstRow="1" w:lastRow="0" w:firstColumn="1" w:lastColumn="0" w:noHBand="0" w:noVBand="1"/>
      </w:tblPr>
      <w:tblGrid>
        <w:gridCol w:w="9604"/>
      </w:tblGrid>
      <w:tr w:rsidR="00365825" w14:paraId="4E9D47A1"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1ADDEB6C" w14:textId="77777777" w:rsidR="00365825" w:rsidRDefault="00000000">
            <w:pPr>
              <w:spacing w:after="0"/>
            </w:pPr>
            <w:r>
              <w:rPr>
                <w:b/>
                <w:color w:val="082B46"/>
                <w:sz w:val="27"/>
              </w:rPr>
              <w:lastRenderedPageBreak/>
              <w:t>1. RAPORUN AMACI VE KAPSAMI</w:t>
            </w:r>
          </w:p>
        </w:tc>
      </w:tr>
    </w:tbl>
    <w:p w14:paraId="02D1CA94" w14:textId="77777777" w:rsidR="00365825" w:rsidRDefault="00365825">
      <w:pPr>
        <w:spacing w:after="40"/>
      </w:pPr>
    </w:p>
    <w:p w14:paraId="45553022" w14:textId="77777777" w:rsidR="00365825" w:rsidRDefault="00000000">
      <w:r>
        <w:t>Bu Mali Rapor, Özürlüler Vakfı'nın 01 Ocak 2020 - 31 Aralık 2020 hesap dönemine ait mali faaliyet sonuçları ile 31 Aralık 2020 tarihi itibarıyla mali durumunu sunmak amacıyla hazırlanmıştır.</w:t>
      </w:r>
    </w:p>
    <w:p w14:paraId="7024742C" w14:textId="77777777" w:rsidR="00365825" w:rsidRDefault="00000000">
      <w:r>
        <w:t>Rapor; 2020 hesap dönemine ait Genel Mizan, Bilanço ve Gelir Tablosunda yer alan mali bilgileri kapsamaktadır.</w:t>
      </w:r>
    </w:p>
    <w:p w14:paraId="4189BB70" w14:textId="77777777" w:rsidR="00365825" w:rsidRDefault="00000000">
      <w:r>
        <w:t>Mali veriler, Özürlüler Vakfı adına düzenlenmiş 01.01.2020 / 31.12.2020 dönemli Genel Mizan ile 2019 Aralık ve 2020 Aralık sütunlarını içeren Bilanço ve Gelir Tablosundan birebir aktarılmıştır.</w:t>
      </w:r>
    </w:p>
    <w:tbl>
      <w:tblPr>
        <w:tblW w:w="9604" w:type="dxa"/>
        <w:tblLayout w:type="fixed"/>
        <w:tblLook w:val="04A0" w:firstRow="1" w:lastRow="0" w:firstColumn="1" w:lastColumn="0" w:noHBand="0" w:noVBand="1"/>
      </w:tblPr>
      <w:tblGrid>
        <w:gridCol w:w="9604"/>
      </w:tblGrid>
      <w:tr w:rsidR="00365825" w14:paraId="03FB7B88"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5BE8907A" w14:textId="77777777" w:rsidR="00365825" w:rsidRDefault="00000000">
            <w:pPr>
              <w:spacing w:after="0"/>
            </w:pPr>
            <w:r>
              <w:rPr>
                <w:b/>
                <w:color w:val="082B46"/>
                <w:sz w:val="27"/>
              </w:rPr>
              <w:t>2. VAKFIN AMACI VE FAALİYETLERİ</w:t>
            </w:r>
          </w:p>
        </w:tc>
      </w:tr>
    </w:tbl>
    <w:p w14:paraId="61BEB066" w14:textId="77777777" w:rsidR="00365825" w:rsidRDefault="00365825">
      <w:pPr>
        <w:spacing w:after="40"/>
      </w:pPr>
    </w:p>
    <w:p w14:paraId="6B822865" w14:textId="77777777" w:rsidR="00365825" w:rsidRDefault="00000000">
      <w:r>
        <w:t>Özürlüler Vakfı, 1998 yılında kurulmuştur. Vakıf; engelli bireylerin hak ve özgürlüklerden eşit biçimde yararlanmasını, toplumsal yaşama tam ve etkin katılımını ve fırsat eşitliğini desteklemek amacıyla faaliyetlerini sürdürmektedir.</w:t>
      </w:r>
    </w:p>
    <w:p w14:paraId="7B54A7BE" w14:textId="77777777" w:rsidR="00365825" w:rsidRDefault="00000000">
      <w:r>
        <w:t>Bu amaç doğrultusunda sağlık ve medikal destek, sosyal destek, eğitim ve farkındalık çalışmaları ile engelli hakları, erişilebilirlik ve toplumsal katılıma yönelik faaliyetler yürütülmektedir.</w:t>
      </w:r>
    </w:p>
    <w:p w14:paraId="79B42A5E" w14:textId="77777777" w:rsidR="00365825" w:rsidRDefault="00000000">
      <w:r>
        <w:t>Vakfın gelir ve kaynakları, vakıf senedinde belirlenen amaç ve hizmet konuları doğrultusunda yürütülen faaliyetler için kullanılmaktadır.</w:t>
      </w:r>
    </w:p>
    <w:tbl>
      <w:tblPr>
        <w:tblW w:w="9604" w:type="dxa"/>
        <w:tblLayout w:type="fixed"/>
        <w:tblLook w:val="04A0" w:firstRow="1" w:lastRow="0" w:firstColumn="1" w:lastColumn="0" w:noHBand="0" w:noVBand="1"/>
      </w:tblPr>
      <w:tblGrid>
        <w:gridCol w:w="9604"/>
      </w:tblGrid>
      <w:tr w:rsidR="00365825" w14:paraId="5EDA9B64"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0FCA4C37" w14:textId="77777777" w:rsidR="00365825" w:rsidRDefault="00000000">
            <w:pPr>
              <w:spacing w:after="0"/>
            </w:pPr>
            <w:r>
              <w:rPr>
                <w:b/>
                <w:color w:val="082B46"/>
                <w:sz w:val="27"/>
              </w:rPr>
              <w:t>3. MALİ TABLOLARIN DÖNEMİ VE DAYANAĞI</w:t>
            </w:r>
          </w:p>
        </w:tc>
      </w:tr>
    </w:tbl>
    <w:p w14:paraId="03883B20" w14:textId="77777777" w:rsidR="00365825" w:rsidRDefault="00365825">
      <w:pPr>
        <w:spacing w:after="40"/>
      </w:pPr>
    </w:p>
    <w:p w14:paraId="1C50EE67" w14:textId="77777777" w:rsidR="00365825" w:rsidRDefault="00000000">
      <w:r>
        <w:t>Bu raporun hesap dönemi 01 Ocak 2020 - 31 Aralık 2020'dir. Gelir Tablosu bu dönemin faaliyet sonucunu, Bilanço ise 31 Aralık 2020 tarihi itibarıyla mali durumu göstermektedir. Tutarlar Türk Lirası (TL) olarak sunulmuştur.</w:t>
      </w:r>
    </w:p>
    <w:p w14:paraId="67D6AC99" w14:textId="77777777" w:rsidR="00365825" w:rsidRDefault="00000000">
      <w:r>
        <w:t>Bilanço ve Gelir Tablosunda 2019 Aralık ve 2020 Aralık başlıkları birlikte yer almakta olup, bu raporda 2020 Aralık sütunundaki tutarlar esas alınmıştır.</w:t>
      </w:r>
    </w:p>
    <w:p w14:paraId="31A858DA" w14:textId="77777777" w:rsidR="00365825" w:rsidRDefault="00000000">
      <w:r>
        <w:br w:type="page"/>
      </w:r>
    </w:p>
    <w:tbl>
      <w:tblPr>
        <w:tblW w:w="9604" w:type="dxa"/>
        <w:tblLayout w:type="fixed"/>
        <w:tblLook w:val="04A0" w:firstRow="1" w:lastRow="0" w:firstColumn="1" w:lastColumn="0" w:noHBand="0" w:noVBand="1"/>
      </w:tblPr>
      <w:tblGrid>
        <w:gridCol w:w="9604"/>
      </w:tblGrid>
      <w:tr w:rsidR="00365825" w14:paraId="28F68567"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26572EC" w14:textId="77777777" w:rsidR="00365825" w:rsidRDefault="00000000">
            <w:pPr>
              <w:spacing w:after="0"/>
            </w:pPr>
            <w:r>
              <w:rPr>
                <w:b/>
                <w:color w:val="082B46"/>
                <w:sz w:val="27"/>
              </w:rPr>
              <w:lastRenderedPageBreak/>
              <w:t>4. MALİ KAYITLARIN KONTROLÜ VE DÖNEM SÜREKLİLİĞİ</w:t>
            </w:r>
          </w:p>
        </w:tc>
      </w:tr>
    </w:tbl>
    <w:p w14:paraId="146886B4" w14:textId="77777777" w:rsidR="00365825" w:rsidRDefault="00365825">
      <w:pPr>
        <w:spacing w:after="40"/>
      </w:pPr>
    </w:p>
    <w:p w14:paraId="09046968" w14:textId="77777777" w:rsidR="00365825" w:rsidRDefault="00000000">
      <w:pPr>
        <w:pStyle w:val="Balk2"/>
      </w:pPr>
      <w:r>
        <w:rPr>
          <w:rFonts w:ascii="Calibri" w:hAnsi="Calibri"/>
        </w:rPr>
        <w:t>4.1 2020 mali tablolarının kendi içindeki uyumu</w:t>
      </w:r>
    </w:p>
    <w:p w14:paraId="094C6F3C" w14:textId="77777777" w:rsidR="00365825" w:rsidRDefault="00000000">
      <w:r>
        <w:t>2020 Bilançosunda aktif toplamı ve pasif toplamı 644.042,23 TL olarak eşittir. Gelir Tablosunda dönem net gelir fazlalığı 25.847,22 TL olup aynı tutar 2020 Genel Mizanın 590 ve 692 hesaplarında ve Bilanço öz kaynaklar bölümünde görülmektedir.</w:t>
      </w:r>
    </w:p>
    <w:p w14:paraId="545409F7" w14:textId="77777777" w:rsidR="00365825" w:rsidRDefault="00000000">
      <w:pPr>
        <w:pStyle w:val="Balk2"/>
      </w:pPr>
      <w:r>
        <w:rPr>
          <w:rFonts w:ascii="Calibri" w:hAnsi="Calibri"/>
        </w:rPr>
        <w:t>4.2 2019 yılından 2020 yılına devir kontrolü</w:t>
      </w:r>
    </w:p>
    <w:p w14:paraId="370F3946" w14:textId="77777777" w:rsidR="00365825" w:rsidRDefault="00000000">
      <w:r>
        <w:t>2019 kapanış mali kayıtları ile 2020 Genel Mizanı karşılaştırıldığında, devreden temel bilanço hesaplarının sürekliliği doğrulanmıştır. 2019 yılı 40.300,58 TL net gelir fazlalığı, 2020 Genel Mizanında Geçmiş Yıllar Kârları hesabına aktarılmıştır.</w:t>
      </w:r>
    </w:p>
    <w:p w14:paraId="5E150586" w14:textId="77777777" w:rsidR="00365825" w:rsidRDefault="00000000">
      <w:r>
        <w:t>2019 yılı önceki dönemden devreden 108.518,41 TL geçmiş yıl gelir fazlalığı ile 2019 dönem net gelir fazlalığı 40.300,58 TL'nin toplamı 148.818,99 TL olup, bu tutar 2020 Genel Mizanında Geçmiş Yıllar Kârları hesabında aynen yer almaktadır.</w:t>
      </w:r>
    </w:p>
    <w:p w14:paraId="6781D060" w14:textId="77777777" w:rsidR="00365825" w:rsidRDefault="00000000">
      <w:r>
        <w:t>Stoklar 88.000,00 TL, iş avansları 292.175,96 TL, bağlı ortaklıklar 10.000,00 TL, demirbaşlar 42.415,42 TL, geçmiş yıllar zararları 294.502,42 TL ve mal varlığı 5.000,00 TL tutarları da dönemler arasında uyumludur.</w:t>
      </w:r>
    </w:p>
    <w:p w14:paraId="7A23E5E3" w14:textId="77777777" w:rsidR="00365825" w:rsidRDefault="00000000">
      <w:r>
        <w:br w:type="page"/>
      </w:r>
    </w:p>
    <w:tbl>
      <w:tblPr>
        <w:tblW w:w="9604" w:type="dxa"/>
        <w:tblLayout w:type="fixed"/>
        <w:tblLook w:val="04A0" w:firstRow="1" w:lastRow="0" w:firstColumn="1" w:lastColumn="0" w:noHBand="0" w:noVBand="1"/>
      </w:tblPr>
      <w:tblGrid>
        <w:gridCol w:w="9604"/>
      </w:tblGrid>
      <w:tr w:rsidR="00365825" w14:paraId="36075EF9"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4E372EB3" w14:textId="77777777" w:rsidR="00365825" w:rsidRDefault="00000000">
            <w:pPr>
              <w:spacing w:after="0"/>
            </w:pPr>
            <w:r>
              <w:rPr>
                <w:b/>
                <w:color w:val="082B46"/>
                <w:sz w:val="27"/>
              </w:rPr>
              <w:lastRenderedPageBreak/>
              <w:t>5. 2020 GELİR TABLOSU</w:t>
            </w:r>
          </w:p>
        </w:tc>
      </w:tr>
    </w:tbl>
    <w:p w14:paraId="53D3370B" w14:textId="77777777" w:rsidR="00365825" w:rsidRDefault="00365825">
      <w:pPr>
        <w:spacing w:after="40"/>
      </w:pPr>
    </w:p>
    <w:p w14:paraId="68F390DD" w14:textId="77777777" w:rsidR="00365825" w:rsidRDefault="00000000">
      <w:r>
        <w:t>01.01.2020 - 31.12.2020 hesap dönemi</w:t>
      </w:r>
    </w:p>
    <w:tbl>
      <w:tblPr>
        <w:tblW w:w="9604" w:type="dxa"/>
        <w:tblLayout w:type="fixed"/>
        <w:tblLook w:val="04A0" w:firstRow="1" w:lastRow="0" w:firstColumn="1" w:lastColumn="0" w:noHBand="0" w:noVBand="1"/>
      </w:tblPr>
      <w:tblGrid>
        <w:gridCol w:w="6840"/>
        <w:gridCol w:w="2764"/>
      </w:tblGrid>
      <w:tr w:rsidR="00365825" w14:paraId="2AEBED65"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63094F64" w14:textId="77777777" w:rsidR="00365825" w:rsidRDefault="00000000">
            <w:pPr>
              <w:spacing w:after="0"/>
            </w:pPr>
            <w:r>
              <w:rPr>
                <w:b/>
                <w:color w:val="FFFFFF"/>
                <w:sz w:val="19"/>
              </w:rPr>
              <w:t>GELİR TABLOSU KALEMİ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773798C0" w14:textId="77777777" w:rsidR="00365825" w:rsidRDefault="00000000">
            <w:pPr>
              <w:spacing w:after="0"/>
              <w:jc w:val="right"/>
            </w:pPr>
            <w:r>
              <w:rPr>
                <w:b/>
                <w:color w:val="FFFFFF"/>
                <w:sz w:val="19"/>
              </w:rPr>
              <w:t>TUTAR (TL)</w:t>
            </w:r>
          </w:p>
        </w:tc>
      </w:tr>
      <w:tr w:rsidR="00365825" w14:paraId="4EF76856"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7FF080B" w14:textId="77777777" w:rsidR="00365825" w:rsidRDefault="00000000">
            <w:pPr>
              <w:spacing w:after="0"/>
            </w:pPr>
            <w:r>
              <w:rPr>
                <w:b/>
                <w:color w:val="082B46"/>
                <w:sz w:val="18"/>
              </w:rPr>
              <w:t>Brüt Satışlar / Bağış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DE46B5B" w14:textId="77777777" w:rsidR="00365825" w:rsidRDefault="00000000">
            <w:pPr>
              <w:spacing w:after="0"/>
              <w:jc w:val="right"/>
            </w:pPr>
            <w:r>
              <w:rPr>
                <w:b/>
                <w:color w:val="082B46"/>
                <w:sz w:val="18"/>
              </w:rPr>
              <w:t>64.490,89</w:t>
            </w:r>
          </w:p>
        </w:tc>
      </w:tr>
      <w:tr w:rsidR="00365825" w14:paraId="4ADBB8C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46A82C3" w14:textId="70894C4D" w:rsidR="00365825" w:rsidRDefault="00641D21">
            <w:pPr>
              <w:spacing w:after="0"/>
            </w:pPr>
            <w:r>
              <w:rPr>
                <w:b/>
                <w:color w:val="082B46"/>
                <w:sz w:val="18"/>
              </w:rPr>
              <w:t>Bağış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5272C50" w14:textId="77777777" w:rsidR="00365825" w:rsidRDefault="00000000">
            <w:pPr>
              <w:spacing w:after="0"/>
              <w:jc w:val="right"/>
            </w:pPr>
            <w:r>
              <w:rPr>
                <w:b/>
                <w:sz w:val="18"/>
              </w:rPr>
              <w:t>64.490,89</w:t>
            </w:r>
          </w:p>
        </w:tc>
      </w:tr>
      <w:tr w:rsidR="00365825" w14:paraId="32987B5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A4B86B9" w14:textId="77777777" w:rsidR="00365825" w:rsidRDefault="00000000">
            <w:pPr>
              <w:spacing w:after="0"/>
            </w:pPr>
            <w:r>
              <w:rPr>
                <w:b/>
                <w:sz w:val="18"/>
              </w:rPr>
              <w:t>Faaliyet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E7C5367" w14:textId="77777777" w:rsidR="00365825" w:rsidRDefault="00000000">
            <w:pPr>
              <w:spacing w:after="0"/>
              <w:jc w:val="right"/>
            </w:pPr>
            <w:r>
              <w:rPr>
                <w:b/>
                <w:sz w:val="18"/>
              </w:rPr>
              <w:t>38.643,67</w:t>
            </w:r>
          </w:p>
        </w:tc>
      </w:tr>
      <w:tr w:rsidR="00365825" w14:paraId="5FA5C4C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EC0D296" w14:textId="77777777" w:rsidR="00365825" w:rsidRDefault="00000000">
            <w:pPr>
              <w:spacing w:after="0"/>
              <w:ind w:left="202"/>
            </w:pPr>
            <w:r>
              <w:rPr>
                <w:sz w:val="18"/>
              </w:rPr>
              <w:t>Genel Yönetim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65B8262" w14:textId="77777777" w:rsidR="00365825" w:rsidRDefault="00000000">
            <w:pPr>
              <w:spacing w:after="0"/>
              <w:jc w:val="right"/>
            </w:pPr>
            <w:r>
              <w:rPr>
                <w:sz w:val="18"/>
              </w:rPr>
              <w:t>17.813,75</w:t>
            </w:r>
          </w:p>
        </w:tc>
      </w:tr>
      <w:tr w:rsidR="00365825" w14:paraId="529AF88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57B5564" w14:textId="77777777" w:rsidR="00365825" w:rsidRDefault="00000000">
            <w:pPr>
              <w:spacing w:after="0"/>
              <w:ind w:left="202"/>
            </w:pPr>
            <w:r>
              <w:rPr>
                <w:sz w:val="18"/>
              </w:rPr>
              <w:t>Amaca Yönelik Giderler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787DFA2" w14:textId="77777777" w:rsidR="00365825" w:rsidRDefault="00000000">
            <w:pPr>
              <w:spacing w:after="0"/>
              <w:jc w:val="right"/>
            </w:pPr>
            <w:r>
              <w:rPr>
                <w:sz w:val="18"/>
              </w:rPr>
              <w:t>20.829,92</w:t>
            </w:r>
          </w:p>
        </w:tc>
      </w:tr>
      <w:tr w:rsidR="00365825" w14:paraId="7245C143"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1E3D5977" w14:textId="5CEFDFA2" w:rsidR="00365825" w:rsidRDefault="00000000">
            <w:pPr>
              <w:spacing w:after="0"/>
            </w:pPr>
            <w:r>
              <w:rPr>
                <w:b/>
                <w:color w:val="082B46"/>
                <w:sz w:val="18"/>
              </w:rPr>
              <w:t xml:space="preserve">Faaliyet </w:t>
            </w:r>
            <w:r w:rsidR="00641D21">
              <w:rPr>
                <w:b/>
                <w:color w:val="082B46"/>
                <w:sz w:val="18"/>
              </w:rPr>
              <w:t>Geliri</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29DFED3" w14:textId="77777777" w:rsidR="00365825" w:rsidRDefault="00000000">
            <w:pPr>
              <w:spacing w:after="0"/>
              <w:jc w:val="right"/>
            </w:pPr>
            <w:r>
              <w:rPr>
                <w:b/>
                <w:color w:val="082B46"/>
                <w:sz w:val="18"/>
              </w:rPr>
              <w:t>25.847,22</w:t>
            </w:r>
          </w:p>
        </w:tc>
      </w:tr>
      <w:tr w:rsidR="00365825" w14:paraId="7240DB8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91414A8" w14:textId="6036A74D" w:rsidR="00365825" w:rsidRDefault="00000000">
            <w:pPr>
              <w:spacing w:after="0"/>
            </w:pPr>
            <w:r>
              <w:rPr>
                <w:b/>
                <w:sz w:val="18"/>
              </w:rPr>
              <w:t xml:space="preserve">Olağan </w:t>
            </w:r>
            <w:r w:rsidR="00641D21">
              <w:rPr>
                <w:b/>
                <w:sz w:val="18"/>
              </w:rPr>
              <w:t>Gelir Fazlalığı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26971D6" w14:textId="77777777" w:rsidR="00365825" w:rsidRDefault="00000000">
            <w:pPr>
              <w:spacing w:after="0"/>
              <w:jc w:val="right"/>
            </w:pPr>
            <w:r>
              <w:rPr>
                <w:b/>
                <w:sz w:val="18"/>
              </w:rPr>
              <w:t>25.847,22</w:t>
            </w:r>
          </w:p>
        </w:tc>
      </w:tr>
      <w:tr w:rsidR="00365825" w14:paraId="32D1AF94"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3D31EFFB" w14:textId="33EEC9F3" w:rsidR="00365825" w:rsidRDefault="00000000">
            <w:pPr>
              <w:spacing w:after="0"/>
            </w:pPr>
            <w:r>
              <w:rPr>
                <w:b/>
                <w:color w:val="082B46"/>
                <w:sz w:val="18"/>
              </w:rPr>
              <w:t xml:space="preserve">Dönem Net </w:t>
            </w:r>
            <w:r w:rsidR="00641D21">
              <w:rPr>
                <w:b/>
                <w:color w:val="082B46"/>
                <w:sz w:val="18"/>
              </w:rPr>
              <w:t>Gelir Fazlalığı</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3FD03D6F" w14:textId="77777777" w:rsidR="00365825" w:rsidRDefault="00000000">
            <w:pPr>
              <w:spacing w:after="0"/>
              <w:jc w:val="right"/>
            </w:pPr>
            <w:r>
              <w:rPr>
                <w:b/>
                <w:color w:val="082B46"/>
                <w:sz w:val="18"/>
              </w:rPr>
              <w:t>25.847,22</w:t>
            </w:r>
          </w:p>
        </w:tc>
      </w:tr>
    </w:tbl>
    <w:p w14:paraId="31499BF4" w14:textId="77777777" w:rsidR="00365825" w:rsidRDefault="00000000">
      <w:pPr>
        <w:spacing w:before="80" w:after="140"/>
      </w:pPr>
      <w:r>
        <w:rPr>
          <w:i/>
          <w:color w:val="666666"/>
          <w:sz w:val="17"/>
        </w:rPr>
        <w:t>Kaynak: 2020 Yılı Vakıf Gelir Tablosu ve 2020 Yılı Vakıf Genel Mizanı.</w:t>
      </w:r>
    </w:p>
    <w:p w14:paraId="6FF0BBA6" w14:textId="77777777" w:rsidR="00365825" w:rsidRDefault="00000000">
      <w:r>
        <w:t>2020 hesap döneminde 64.490,89 TL bağış ve yardım geliri elde edilmiş; 38.643,67 TL faaliyet gideri sonrasında dönem net gelir fazlalığı 25.847,22 TL olarak gerçekleşmiştir.</w:t>
      </w:r>
    </w:p>
    <w:p w14:paraId="015BD19C" w14:textId="77777777" w:rsidR="00365825" w:rsidRDefault="00000000">
      <w:r>
        <w:br w:type="page"/>
      </w:r>
    </w:p>
    <w:tbl>
      <w:tblPr>
        <w:tblW w:w="9604" w:type="dxa"/>
        <w:tblLayout w:type="fixed"/>
        <w:tblLook w:val="04A0" w:firstRow="1" w:lastRow="0" w:firstColumn="1" w:lastColumn="0" w:noHBand="0" w:noVBand="1"/>
      </w:tblPr>
      <w:tblGrid>
        <w:gridCol w:w="9604"/>
      </w:tblGrid>
      <w:tr w:rsidR="00365825" w14:paraId="1AD1E8C2"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3A84FC5A" w14:textId="77777777" w:rsidR="00365825" w:rsidRDefault="00000000">
            <w:pPr>
              <w:spacing w:after="0"/>
            </w:pPr>
            <w:r>
              <w:rPr>
                <w:b/>
                <w:color w:val="082B46"/>
                <w:sz w:val="27"/>
              </w:rPr>
              <w:lastRenderedPageBreak/>
              <w:t>6. 2020 BİLANÇOSU (FİNANSAL DURUM TABLOSU)</w:t>
            </w:r>
          </w:p>
        </w:tc>
      </w:tr>
    </w:tbl>
    <w:p w14:paraId="01DB142D" w14:textId="77777777" w:rsidR="00365825" w:rsidRDefault="00365825">
      <w:pPr>
        <w:spacing w:after="40"/>
      </w:pPr>
    </w:p>
    <w:p w14:paraId="4CA1B094" w14:textId="77777777" w:rsidR="00365825" w:rsidRDefault="00000000">
      <w:r>
        <w:t>31.12.2020 tarihi itibarıyla</w:t>
      </w:r>
    </w:p>
    <w:p w14:paraId="71FFFA60" w14:textId="77777777" w:rsidR="00365825" w:rsidRDefault="00000000">
      <w:pPr>
        <w:pStyle w:val="Balk2"/>
      </w:pPr>
      <w:r>
        <w:rPr>
          <w:rFonts w:ascii="Calibri" w:hAnsi="Calibri"/>
        </w:rPr>
        <w:t>6.1 Aktif (Varlıklar)</w:t>
      </w:r>
    </w:p>
    <w:tbl>
      <w:tblPr>
        <w:tblW w:w="9604" w:type="dxa"/>
        <w:tblLayout w:type="fixed"/>
        <w:tblLook w:val="04A0" w:firstRow="1" w:lastRow="0" w:firstColumn="1" w:lastColumn="0" w:noHBand="0" w:noVBand="1"/>
      </w:tblPr>
      <w:tblGrid>
        <w:gridCol w:w="6840"/>
        <w:gridCol w:w="2764"/>
      </w:tblGrid>
      <w:tr w:rsidR="00365825" w14:paraId="1ADD7D4F"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04353934" w14:textId="77777777" w:rsidR="00365825" w:rsidRDefault="00000000">
            <w:pPr>
              <w:spacing w:after="0"/>
            </w:pPr>
            <w:r>
              <w:rPr>
                <w:b/>
                <w:color w:val="FFFFFF"/>
                <w:sz w:val="19"/>
              </w:rPr>
              <w:t>VARLIK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08E02AFA" w14:textId="77777777" w:rsidR="00365825" w:rsidRDefault="00000000">
            <w:pPr>
              <w:spacing w:after="0"/>
              <w:jc w:val="right"/>
            </w:pPr>
            <w:r>
              <w:rPr>
                <w:b/>
                <w:color w:val="FFFFFF"/>
                <w:sz w:val="19"/>
              </w:rPr>
              <w:t>TUTAR (TL)</w:t>
            </w:r>
          </w:p>
        </w:tc>
      </w:tr>
      <w:tr w:rsidR="00365825" w14:paraId="186AD71E"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E1CF3ED" w14:textId="77777777" w:rsidR="00365825" w:rsidRDefault="00000000">
            <w:pPr>
              <w:spacing w:after="0"/>
            </w:pPr>
            <w:r>
              <w:rPr>
                <w:b/>
                <w:color w:val="082B46"/>
                <w:sz w:val="18"/>
              </w:rPr>
              <w:t>I. DÖNEN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77C695B9" w14:textId="77777777" w:rsidR="00365825" w:rsidRDefault="00000000">
            <w:pPr>
              <w:spacing w:after="0"/>
              <w:jc w:val="right"/>
            </w:pPr>
            <w:r>
              <w:rPr>
                <w:b/>
                <w:color w:val="082B46"/>
                <w:sz w:val="18"/>
              </w:rPr>
              <w:t>602.654,40</w:t>
            </w:r>
          </w:p>
        </w:tc>
      </w:tr>
      <w:tr w:rsidR="00365825" w14:paraId="1899289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5CB4595" w14:textId="77777777" w:rsidR="00365825" w:rsidRDefault="00000000">
            <w:pPr>
              <w:spacing w:after="0"/>
              <w:ind w:left="202"/>
            </w:pPr>
            <w:r>
              <w:rPr>
                <w:sz w:val="18"/>
              </w:rPr>
              <w:t>A. Hazır Değerler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2393AFE" w14:textId="77777777" w:rsidR="00365825" w:rsidRDefault="00000000">
            <w:pPr>
              <w:spacing w:after="0"/>
              <w:jc w:val="right"/>
            </w:pPr>
            <w:r>
              <w:rPr>
                <w:sz w:val="18"/>
              </w:rPr>
              <w:t>222.478,44</w:t>
            </w:r>
          </w:p>
        </w:tc>
      </w:tr>
      <w:tr w:rsidR="00365825" w14:paraId="1360528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6B82976" w14:textId="77777777" w:rsidR="00365825" w:rsidRDefault="00000000">
            <w:pPr>
              <w:spacing w:after="0"/>
              <w:ind w:left="403"/>
            </w:pPr>
            <w:r>
              <w:rPr>
                <w:i/>
                <w:sz w:val="18"/>
              </w:rPr>
              <w:t>Kasa</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21B7B92" w14:textId="77777777" w:rsidR="00365825" w:rsidRDefault="00000000">
            <w:pPr>
              <w:spacing w:after="0"/>
              <w:jc w:val="right"/>
            </w:pPr>
            <w:r>
              <w:rPr>
                <w:sz w:val="18"/>
              </w:rPr>
              <w:t>178.648,90</w:t>
            </w:r>
          </w:p>
        </w:tc>
      </w:tr>
      <w:tr w:rsidR="00365825" w14:paraId="553855CE"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149D6C2" w14:textId="77777777" w:rsidR="00365825" w:rsidRDefault="00000000">
            <w:pPr>
              <w:spacing w:after="0"/>
              <w:ind w:left="403"/>
            </w:pPr>
            <w:r>
              <w:rPr>
                <w:i/>
                <w:sz w:val="18"/>
              </w:rPr>
              <w:t>Bankalar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8C0BDA6" w14:textId="77777777" w:rsidR="00365825" w:rsidRDefault="00000000">
            <w:pPr>
              <w:spacing w:after="0"/>
              <w:jc w:val="right"/>
            </w:pPr>
            <w:r>
              <w:rPr>
                <w:sz w:val="18"/>
              </w:rPr>
              <w:t>43.829,54</w:t>
            </w:r>
          </w:p>
        </w:tc>
      </w:tr>
      <w:tr w:rsidR="00365825" w14:paraId="362B4F4E"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D40AB21" w14:textId="77777777" w:rsidR="00365825" w:rsidRDefault="00000000">
            <w:pPr>
              <w:spacing w:after="0"/>
              <w:ind w:left="202"/>
            </w:pPr>
            <w:r>
              <w:rPr>
                <w:sz w:val="18"/>
              </w:rPr>
              <w:t>E. Stoklar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4F21562" w14:textId="77777777" w:rsidR="00365825" w:rsidRDefault="00000000">
            <w:pPr>
              <w:spacing w:after="0"/>
              <w:jc w:val="right"/>
            </w:pPr>
            <w:r>
              <w:rPr>
                <w:sz w:val="18"/>
              </w:rPr>
              <w:t>88.000,00</w:t>
            </w:r>
          </w:p>
        </w:tc>
      </w:tr>
      <w:tr w:rsidR="00365825" w14:paraId="3BFA7B9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68E4318" w14:textId="77777777" w:rsidR="00365825" w:rsidRDefault="00000000">
            <w:pPr>
              <w:spacing w:after="0"/>
              <w:ind w:left="403"/>
            </w:pPr>
            <w:r>
              <w:rPr>
                <w:i/>
                <w:sz w:val="18"/>
              </w:rPr>
              <w:t>Diğer Stoklar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AB0CECE" w14:textId="77777777" w:rsidR="00365825" w:rsidRDefault="00000000">
            <w:pPr>
              <w:spacing w:after="0"/>
              <w:jc w:val="right"/>
            </w:pPr>
            <w:r>
              <w:rPr>
                <w:sz w:val="18"/>
              </w:rPr>
              <w:t>88.000,00</w:t>
            </w:r>
          </w:p>
        </w:tc>
      </w:tr>
      <w:tr w:rsidR="00365825" w14:paraId="2D1C494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3635580" w14:textId="77777777" w:rsidR="00365825" w:rsidRDefault="00000000">
            <w:pPr>
              <w:spacing w:after="0"/>
              <w:ind w:left="202"/>
            </w:pPr>
            <w:r>
              <w:rPr>
                <w:sz w:val="18"/>
              </w:rPr>
              <w:t>H. Diğer Dönen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4D3D196" w14:textId="77777777" w:rsidR="00365825" w:rsidRDefault="00000000">
            <w:pPr>
              <w:spacing w:after="0"/>
              <w:jc w:val="right"/>
            </w:pPr>
            <w:r>
              <w:rPr>
                <w:sz w:val="18"/>
              </w:rPr>
              <w:t>292.175,96</w:t>
            </w:r>
          </w:p>
        </w:tc>
      </w:tr>
      <w:tr w:rsidR="00365825" w14:paraId="7D6D1FC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133DDD8" w14:textId="77777777" w:rsidR="00365825" w:rsidRDefault="00000000">
            <w:pPr>
              <w:spacing w:after="0"/>
              <w:ind w:left="403"/>
            </w:pPr>
            <w:r>
              <w:rPr>
                <w:i/>
                <w:sz w:val="18"/>
              </w:rPr>
              <w:t>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DD27206" w14:textId="77777777" w:rsidR="00365825" w:rsidRDefault="00000000">
            <w:pPr>
              <w:spacing w:after="0"/>
              <w:jc w:val="right"/>
            </w:pPr>
            <w:r>
              <w:rPr>
                <w:sz w:val="18"/>
              </w:rPr>
              <w:t>292.175,96</w:t>
            </w:r>
          </w:p>
        </w:tc>
      </w:tr>
      <w:tr w:rsidR="00365825" w14:paraId="2C6DE9CA"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E680534" w14:textId="77777777" w:rsidR="00365825" w:rsidRDefault="00000000">
            <w:pPr>
              <w:spacing w:after="0"/>
            </w:pPr>
            <w:r>
              <w:rPr>
                <w:b/>
                <w:color w:val="082B46"/>
                <w:sz w:val="18"/>
              </w:rPr>
              <w:t>II. DURAN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79C90DA" w14:textId="77777777" w:rsidR="00365825" w:rsidRDefault="00000000">
            <w:pPr>
              <w:spacing w:after="0"/>
              <w:jc w:val="right"/>
            </w:pPr>
            <w:r>
              <w:rPr>
                <w:b/>
                <w:color w:val="082B46"/>
                <w:sz w:val="18"/>
              </w:rPr>
              <w:t>41.387,83</w:t>
            </w:r>
          </w:p>
        </w:tc>
      </w:tr>
      <w:tr w:rsidR="00365825" w14:paraId="16BF34F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FAEC81F" w14:textId="77777777" w:rsidR="00365825" w:rsidRDefault="00000000">
            <w:pPr>
              <w:spacing w:after="0"/>
              <w:ind w:left="202"/>
            </w:pPr>
            <w:r>
              <w:rPr>
                <w:sz w:val="18"/>
              </w:rPr>
              <w:t>C. Mali Duran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F4009A7" w14:textId="77777777" w:rsidR="00365825" w:rsidRDefault="00000000">
            <w:pPr>
              <w:spacing w:after="0"/>
              <w:jc w:val="right"/>
            </w:pPr>
            <w:r>
              <w:rPr>
                <w:sz w:val="18"/>
              </w:rPr>
              <w:t>10.000,00</w:t>
            </w:r>
          </w:p>
        </w:tc>
      </w:tr>
      <w:tr w:rsidR="00365825" w14:paraId="46C510E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05EE342" w14:textId="77777777" w:rsidR="00365825" w:rsidRDefault="00000000">
            <w:pPr>
              <w:spacing w:after="0"/>
              <w:ind w:left="403"/>
            </w:pPr>
            <w:r>
              <w:rPr>
                <w:i/>
                <w:sz w:val="18"/>
              </w:rPr>
              <w:t>Bağlı Ortaklıklar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3412F6C" w14:textId="77777777" w:rsidR="00365825" w:rsidRDefault="00000000">
            <w:pPr>
              <w:spacing w:after="0"/>
              <w:jc w:val="right"/>
            </w:pPr>
            <w:r>
              <w:rPr>
                <w:sz w:val="18"/>
              </w:rPr>
              <w:t>10.000,00</w:t>
            </w:r>
          </w:p>
        </w:tc>
      </w:tr>
      <w:tr w:rsidR="00365825" w14:paraId="5233F1C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12689D9" w14:textId="77777777" w:rsidR="00365825" w:rsidRDefault="00000000">
            <w:pPr>
              <w:spacing w:after="0"/>
              <w:ind w:left="202"/>
            </w:pPr>
            <w:r>
              <w:rPr>
                <w:sz w:val="18"/>
              </w:rPr>
              <w:t>D. Maddi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E82FD16" w14:textId="77777777" w:rsidR="00365825" w:rsidRDefault="00000000">
            <w:pPr>
              <w:spacing w:after="0"/>
              <w:jc w:val="right"/>
            </w:pPr>
            <w:r>
              <w:rPr>
                <w:sz w:val="18"/>
              </w:rPr>
              <w:t>20.202,17</w:t>
            </w:r>
          </w:p>
        </w:tc>
      </w:tr>
      <w:tr w:rsidR="00365825" w14:paraId="52AD5F1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DCE853B" w14:textId="77777777" w:rsidR="00365825" w:rsidRDefault="00000000">
            <w:pPr>
              <w:spacing w:after="0"/>
              <w:ind w:left="403"/>
            </w:pPr>
            <w:r>
              <w:rPr>
                <w:i/>
                <w:sz w:val="18"/>
              </w:rPr>
              <w:t>Demirbaşlar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6D9F588" w14:textId="77777777" w:rsidR="00365825" w:rsidRDefault="00000000">
            <w:pPr>
              <w:spacing w:after="0"/>
              <w:jc w:val="right"/>
            </w:pPr>
            <w:r>
              <w:rPr>
                <w:sz w:val="18"/>
              </w:rPr>
              <w:t>42.415,42</w:t>
            </w:r>
          </w:p>
        </w:tc>
      </w:tr>
      <w:tr w:rsidR="00365825" w14:paraId="642B4F1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025B26C" w14:textId="77777777" w:rsidR="00365825"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13AB480" w14:textId="77777777" w:rsidR="00365825" w:rsidRDefault="00000000">
            <w:pPr>
              <w:spacing w:after="0"/>
              <w:jc w:val="right"/>
            </w:pPr>
            <w:r>
              <w:rPr>
                <w:sz w:val="18"/>
              </w:rPr>
              <w:t>22.213,25</w:t>
            </w:r>
          </w:p>
        </w:tc>
      </w:tr>
      <w:tr w:rsidR="00365825" w14:paraId="111D224C"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C8709B6" w14:textId="77777777" w:rsidR="00365825" w:rsidRDefault="00000000">
            <w:pPr>
              <w:spacing w:after="0"/>
              <w:ind w:left="202"/>
            </w:pPr>
            <w:r>
              <w:rPr>
                <w:sz w:val="18"/>
              </w:rPr>
              <w:t>E. Maddi Olmayan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38C86D4" w14:textId="77777777" w:rsidR="00365825" w:rsidRDefault="00000000">
            <w:pPr>
              <w:spacing w:after="0"/>
              <w:jc w:val="right"/>
            </w:pPr>
            <w:r>
              <w:rPr>
                <w:sz w:val="18"/>
              </w:rPr>
              <w:t>11.185,66</w:t>
            </w:r>
          </w:p>
        </w:tc>
      </w:tr>
      <w:tr w:rsidR="00365825" w14:paraId="5AF9E0B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5B988B1" w14:textId="77777777" w:rsidR="00365825" w:rsidRDefault="00000000">
            <w:pPr>
              <w:spacing w:after="0"/>
              <w:ind w:left="403"/>
            </w:pPr>
            <w:r>
              <w:rPr>
                <w:i/>
                <w:sz w:val="18"/>
              </w:rPr>
              <w:t>Haklar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9BDA1ED" w14:textId="77777777" w:rsidR="00365825" w:rsidRDefault="00000000">
            <w:pPr>
              <w:spacing w:after="0"/>
              <w:jc w:val="right"/>
            </w:pPr>
            <w:r>
              <w:rPr>
                <w:sz w:val="18"/>
              </w:rPr>
              <w:t>8.091,50</w:t>
            </w:r>
          </w:p>
        </w:tc>
      </w:tr>
      <w:tr w:rsidR="00365825" w14:paraId="01DE21E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F2E50E7" w14:textId="77777777" w:rsidR="00365825" w:rsidRDefault="00000000">
            <w:pPr>
              <w:spacing w:after="0"/>
              <w:ind w:left="403"/>
            </w:pPr>
            <w:r>
              <w:rPr>
                <w:i/>
                <w:sz w:val="18"/>
              </w:rPr>
              <w:t>Özel Maliyetler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EE27CE4" w14:textId="77777777" w:rsidR="00365825" w:rsidRDefault="00000000">
            <w:pPr>
              <w:spacing w:after="0"/>
              <w:jc w:val="right"/>
            </w:pPr>
            <w:r>
              <w:rPr>
                <w:sz w:val="18"/>
              </w:rPr>
              <w:t>18.152,01</w:t>
            </w:r>
          </w:p>
        </w:tc>
      </w:tr>
      <w:tr w:rsidR="00365825" w14:paraId="0250B67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1C76420" w14:textId="77777777" w:rsidR="00365825"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958E4DD" w14:textId="77777777" w:rsidR="00365825" w:rsidRDefault="00000000">
            <w:pPr>
              <w:spacing w:after="0"/>
              <w:jc w:val="right"/>
            </w:pPr>
            <w:r>
              <w:rPr>
                <w:sz w:val="18"/>
              </w:rPr>
              <w:t>15.057,85</w:t>
            </w:r>
          </w:p>
        </w:tc>
      </w:tr>
      <w:tr w:rsidR="00365825" w14:paraId="0673C4B5"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6D74FEAB" w14:textId="77777777" w:rsidR="00365825" w:rsidRDefault="00000000">
            <w:pPr>
              <w:spacing w:after="0"/>
            </w:pPr>
            <w:r>
              <w:rPr>
                <w:b/>
                <w:color w:val="082B46"/>
                <w:sz w:val="18"/>
              </w:rPr>
              <w:t>AKTİF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3C5AE79A" w14:textId="77777777" w:rsidR="00365825" w:rsidRDefault="00000000">
            <w:pPr>
              <w:spacing w:after="0"/>
              <w:jc w:val="right"/>
            </w:pPr>
            <w:r>
              <w:rPr>
                <w:b/>
                <w:color w:val="082B46"/>
                <w:sz w:val="18"/>
              </w:rPr>
              <w:t>644.042,23</w:t>
            </w:r>
          </w:p>
        </w:tc>
      </w:tr>
    </w:tbl>
    <w:p w14:paraId="224E0B5A" w14:textId="77777777" w:rsidR="00365825" w:rsidRDefault="00000000">
      <w:pPr>
        <w:spacing w:before="80" w:after="140"/>
      </w:pPr>
      <w:r>
        <w:rPr>
          <w:i/>
          <w:color w:val="666666"/>
          <w:sz w:val="17"/>
        </w:rPr>
        <w:t>Kaynak: 2020 Yılı Vakıf Bilançosu.</w:t>
      </w:r>
    </w:p>
    <w:p w14:paraId="27164CFF" w14:textId="77777777" w:rsidR="00365825" w:rsidRDefault="00000000">
      <w:r>
        <w:br w:type="page"/>
      </w:r>
    </w:p>
    <w:tbl>
      <w:tblPr>
        <w:tblW w:w="9604" w:type="dxa"/>
        <w:tblLayout w:type="fixed"/>
        <w:tblLook w:val="04A0" w:firstRow="1" w:lastRow="0" w:firstColumn="1" w:lastColumn="0" w:noHBand="0" w:noVBand="1"/>
      </w:tblPr>
      <w:tblGrid>
        <w:gridCol w:w="9604"/>
      </w:tblGrid>
      <w:tr w:rsidR="00365825" w14:paraId="665FB2E7"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1D948930" w14:textId="77777777" w:rsidR="00365825" w:rsidRDefault="00000000">
            <w:pPr>
              <w:spacing w:after="0"/>
            </w:pPr>
            <w:r>
              <w:rPr>
                <w:b/>
                <w:color w:val="082B46"/>
                <w:sz w:val="27"/>
              </w:rPr>
              <w:lastRenderedPageBreak/>
              <w:t>6.2 PASİF (KAYNAKLAR)</w:t>
            </w:r>
          </w:p>
        </w:tc>
      </w:tr>
    </w:tbl>
    <w:p w14:paraId="005F382A" w14:textId="77777777" w:rsidR="00365825" w:rsidRDefault="00365825">
      <w:pPr>
        <w:spacing w:after="40"/>
      </w:pPr>
    </w:p>
    <w:tbl>
      <w:tblPr>
        <w:tblW w:w="9604" w:type="dxa"/>
        <w:tblLayout w:type="fixed"/>
        <w:tblLook w:val="04A0" w:firstRow="1" w:lastRow="0" w:firstColumn="1" w:lastColumn="0" w:noHBand="0" w:noVBand="1"/>
      </w:tblPr>
      <w:tblGrid>
        <w:gridCol w:w="6840"/>
        <w:gridCol w:w="2764"/>
      </w:tblGrid>
      <w:tr w:rsidR="00365825" w14:paraId="6F702F66"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5FFA5A7A" w14:textId="77777777" w:rsidR="00365825" w:rsidRDefault="00000000">
            <w:pPr>
              <w:spacing w:after="0"/>
            </w:pPr>
            <w:r>
              <w:rPr>
                <w:b/>
                <w:color w:val="FFFFFF"/>
                <w:sz w:val="19"/>
              </w:rPr>
              <w:t>KAYNAK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226DF582" w14:textId="77777777" w:rsidR="00365825" w:rsidRDefault="00000000">
            <w:pPr>
              <w:spacing w:after="0"/>
              <w:jc w:val="right"/>
            </w:pPr>
            <w:r>
              <w:rPr>
                <w:b/>
                <w:color w:val="FFFFFF"/>
                <w:sz w:val="19"/>
              </w:rPr>
              <w:t>TUTAR (TL)</w:t>
            </w:r>
          </w:p>
        </w:tc>
      </w:tr>
      <w:tr w:rsidR="00365825" w14:paraId="5CD3490B"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DD75E95" w14:textId="77777777" w:rsidR="00365825" w:rsidRDefault="00000000">
            <w:pPr>
              <w:spacing w:after="0"/>
            </w:pPr>
            <w:r>
              <w:rPr>
                <w:b/>
                <w:color w:val="082B46"/>
                <w:sz w:val="18"/>
              </w:rPr>
              <w:t>III. KISA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A543DCB" w14:textId="77777777" w:rsidR="00365825" w:rsidRDefault="00000000">
            <w:pPr>
              <w:spacing w:after="0"/>
              <w:jc w:val="right"/>
            </w:pPr>
            <w:r>
              <w:rPr>
                <w:b/>
                <w:color w:val="082B46"/>
                <w:sz w:val="18"/>
              </w:rPr>
              <w:t>758.878,44</w:t>
            </w:r>
          </w:p>
        </w:tc>
      </w:tr>
      <w:tr w:rsidR="00365825" w14:paraId="0DFC9EF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0A622F5" w14:textId="77777777" w:rsidR="00365825" w:rsidRDefault="00000000">
            <w:pPr>
              <w:spacing w:after="0"/>
              <w:ind w:left="202"/>
            </w:pPr>
            <w:r>
              <w:rPr>
                <w:sz w:val="18"/>
              </w:rPr>
              <w:t>B. Ticari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097E36C" w14:textId="77777777" w:rsidR="00365825" w:rsidRDefault="00000000">
            <w:pPr>
              <w:spacing w:after="0"/>
              <w:jc w:val="right"/>
            </w:pPr>
            <w:r>
              <w:rPr>
                <w:sz w:val="18"/>
              </w:rPr>
              <w:t>97.975,40</w:t>
            </w:r>
          </w:p>
        </w:tc>
      </w:tr>
      <w:tr w:rsidR="00365825" w14:paraId="10EB116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F6A755E" w14:textId="77777777" w:rsidR="00365825" w:rsidRDefault="00000000">
            <w:pPr>
              <w:spacing w:after="0"/>
              <w:ind w:left="403"/>
            </w:pPr>
            <w:r>
              <w:rPr>
                <w:i/>
                <w:sz w:val="18"/>
              </w:rPr>
              <w:t>Satıcılar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2256D9E" w14:textId="77777777" w:rsidR="00365825" w:rsidRDefault="00000000">
            <w:pPr>
              <w:spacing w:after="0"/>
              <w:jc w:val="right"/>
            </w:pPr>
            <w:r>
              <w:rPr>
                <w:sz w:val="18"/>
              </w:rPr>
              <w:t>97.975,40</w:t>
            </w:r>
          </w:p>
        </w:tc>
      </w:tr>
      <w:tr w:rsidR="00365825" w14:paraId="3D357CA5"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5076F71" w14:textId="77777777" w:rsidR="00365825" w:rsidRDefault="00000000">
            <w:pPr>
              <w:spacing w:after="0"/>
              <w:ind w:left="202"/>
            </w:pPr>
            <w:r>
              <w:rPr>
                <w:sz w:val="18"/>
              </w:rPr>
              <w:t>C. Diğer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94AFF6B" w14:textId="77777777" w:rsidR="00365825" w:rsidRDefault="00000000">
            <w:pPr>
              <w:spacing w:after="0"/>
              <w:jc w:val="right"/>
            </w:pPr>
            <w:r>
              <w:rPr>
                <w:sz w:val="18"/>
              </w:rPr>
              <w:t>183.251,97</w:t>
            </w:r>
          </w:p>
        </w:tc>
      </w:tr>
      <w:tr w:rsidR="00365825" w14:paraId="069F1FA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7FB9870" w14:textId="77777777" w:rsidR="00365825" w:rsidRDefault="00000000">
            <w:pPr>
              <w:spacing w:after="0"/>
              <w:ind w:left="403"/>
            </w:pPr>
            <w:r>
              <w:rPr>
                <w:i/>
                <w:sz w:val="18"/>
              </w:rPr>
              <w:t>Diğer Çeşitli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A13DA01" w14:textId="77777777" w:rsidR="00365825" w:rsidRDefault="00000000">
            <w:pPr>
              <w:spacing w:after="0"/>
              <w:jc w:val="right"/>
            </w:pPr>
            <w:r>
              <w:rPr>
                <w:sz w:val="18"/>
              </w:rPr>
              <w:t>183.251,97</w:t>
            </w:r>
          </w:p>
        </w:tc>
      </w:tr>
      <w:tr w:rsidR="00365825" w14:paraId="7570245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18CE6A3" w14:textId="77777777" w:rsidR="00365825" w:rsidRDefault="00000000">
            <w:pPr>
              <w:spacing w:after="0"/>
              <w:ind w:left="202"/>
            </w:pPr>
            <w:r>
              <w:rPr>
                <w:sz w:val="18"/>
              </w:rPr>
              <w:t>D. Alınan Avanslar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578C6D2" w14:textId="77777777" w:rsidR="00365825" w:rsidRDefault="00000000">
            <w:pPr>
              <w:spacing w:after="0"/>
              <w:jc w:val="right"/>
            </w:pPr>
            <w:r>
              <w:rPr>
                <w:sz w:val="18"/>
              </w:rPr>
              <w:t>273.082,37</w:t>
            </w:r>
          </w:p>
        </w:tc>
      </w:tr>
      <w:tr w:rsidR="00365825" w14:paraId="7315E8E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A2E93A3" w14:textId="77777777" w:rsidR="00365825" w:rsidRDefault="00000000">
            <w:pPr>
              <w:spacing w:after="0"/>
              <w:ind w:left="403"/>
            </w:pPr>
            <w:r>
              <w:rPr>
                <w:i/>
                <w:sz w:val="18"/>
              </w:rPr>
              <w:t>Alınan Sipariş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7E2CE6D" w14:textId="77777777" w:rsidR="00365825" w:rsidRDefault="00000000">
            <w:pPr>
              <w:spacing w:after="0"/>
              <w:jc w:val="right"/>
            </w:pPr>
            <w:r>
              <w:rPr>
                <w:sz w:val="18"/>
              </w:rPr>
              <w:t>273.082,37</w:t>
            </w:r>
          </w:p>
        </w:tc>
      </w:tr>
      <w:tr w:rsidR="00365825" w14:paraId="1C9A596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A943CA2" w14:textId="77777777" w:rsidR="00365825" w:rsidRDefault="00000000">
            <w:pPr>
              <w:spacing w:after="0"/>
              <w:ind w:left="202"/>
            </w:pPr>
            <w:r>
              <w:rPr>
                <w:sz w:val="18"/>
              </w:rPr>
              <w:t>F. Ödenecek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3E6E98C" w14:textId="77777777" w:rsidR="00365825" w:rsidRDefault="00000000">
            <w:pPr>
              <w:spacing w:after="0"/>
              <w:jc w:val="right"/>
            </w:pPr>
            <w:r>
              <w:rPr>
                <w:sz w:val="18"/>
              </w:rPr>
              <w:t>204.568,70</w:t>
            </w:r>
          </w:p>
        </w:tc>
      </w:tr>
      <w:tr w:rsidR="00365825" w14:paraId="39536CB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864B170" w14:textId="77777777" w:rsidR="00365825" w:rsidRDefault="00000000">
            <w:pPr>
              <w:spacing w:after="0"/>
              <w:ind w:left="403"/>
            </w:pPr>
            <w:r>
              <w:rPr>
                <w:i/>
                <w:sz w:val="18"/>
              </w:rPr>
              <w:t>Ödenecek Vergi ve Fonlar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9F7FA8A" w14:textId="77777777" w:rsidR="00365825" w:rsidRDefault="00000000">
            <w:pPr>
              <w:spacing w:after="0"/>
              <w:jc w:val="right"/>
            </w:pPr>
            <w:r>
              <w:rPr>
                <w:sz w:val="18"/>
              </w:rPr>
              <w:t>5.805,62</w:t>
            </w:r>
          </w:p>
        </w:tc>
      </w:tr>
      <w:tr w:rsidR="00365825" w14:paraId="0E20420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07E16DF" w14:textId="77777777" w:rsidR="00365825" w:rsidRDefault="00000000">
            <w:pPr>
              <w:spacing w:after="0"/>
              <w:ind w:left="403"/>
            </w:pPr>
            <w:r>
              <w:rPr>
                <w:i/>
                <w:sz w:val="18"/>
              </w:rPr>
              <w:t>Ödenecek Sosyal Güvenlik Kesintileri</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0404EEB" w14:textId="77777777" w:rsidR="00365825" w:rsidRDefault="00000000">
            <w:pPr>
              <w:spacing w:after="0"/>
              <w:jc w:val="right"/>
            </w:pPr>
            <w:r>
              <w:rPr>
                <w:sz w:val="18"/>
              </w:rPr>
              <w:t>5.994,94</w:t>
            </w:r>
          </w:p>
        </w:tc>
      </w:tr>
      <w:tr w:rsidR="00365825" w14:paraId="23180B1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6929470" w14:textId="77777777" w:rsidR="00365825" w:rsidRDefault="00000000">
            <w:pPr>
              <w:spacing w:after="0"/>
              <w:ind w:left="403"/>
            </w:pPr>
            <w:r>
              <w:rPr>
                <w:i/>
                <w:sz w:val="18"/>
              </w:rPr>
              <w:t>Vadesi Geçmiş Ertelenmiş veya Taksitlendirilmiş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0554A81" w14:textId="77777777" w:rsidR="00365825" w:rsidRDefault="00000000">
            <w:pPr>
              <w:spacing w:after="0"/>
              <w:jc w:val="right"/>
            </w:pPr>
            <w:r>
              <w:rPr>
                <w:sz w:val="18"/>
              </w:rPr>
              <w:t>192.768,14</w:t>
            </w:r>
          </w:p>
        </w:tc>
      </w:tr>
      <w:tr w:rsidR="00365825" w14:paraId="0FB2B010"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6C6E04C2" w14:textId="77777777" w:rsidR="00365825" w:rsidRDefault="00000000">
            <w:pPr>
              <w:spacing w:after="0"/>
            </w:pPr>
            <w:r>
              <w:rPr>
                <w:b/>
                <w:color w:val="082B46"/>
                <w:sz w:val="18"/>
              </w:rPr>
              <w:t>IV. UZUN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3B98867" w14:textId="77777777" w:rsidR="00365825" w:rsidRDefault="00000000">
            <w:pPr>
              <w:spacing w:after="0"/>
              <w:jc w:val="right"/>
            </w:pPr>
            <w:r>
              <w:rPr>
                <w:b/>
                <w:color w:val="082B46"/>
                <w:sz w:val="18"/>
              </w:rPr>
              <w:t>0,00</w:t>
            </w:r>
          </w:p>
        </w:tc>
      </w:tr>
      <w:tr w:rsidR="00365825" w14:paraId="3BC73EA5"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51904B7" w14:textId="77777777" w:rsidR="00365825" w:rsidRDefault="00000000">
            <w:pPr>
              <w:spacing w:after="0"/>
            </w:pPr>
            <w:r>
              <w:rPr>
                <w:b/>
                <w:color w:val="082B46"/>
                <w:sz w:val="18"/>
              </w:rPr>
              <w:t>V. ÖZ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BD6D572" w14:textId="77777777" w:rsidR="00365825" w:rsidRDefault="00000000">
            <w:pPr>
              <w:spacing w:after="0"/>
              <w:jc w:val="right"/>
            </w:pPr>
            <w:r>
              <w:rPr>
                <w:b/>
                <w:color w:val="082B46"/>
                <w:sz w:val="18"/>
              </w:rPr>
              <w:t>-114.836,21</w:t>
            </w:r>
          </w:p>
        </w:tc>
      </w:tr>
      <w:tr w:rsidR="00365825" w14:paraId="6249F53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5BB1DAD" w14:textId="04152A81" w:rsidR="00365825" w:rsidRDefault="00000000">
            <w:pPr>
              <w:spacing w:after="0"/>
              <w:ind w:left="202"/>
            </w:pPr>
            <w:r>
              <w:rPr>
                <w:sz w:val="18"/>
              </w:rPr>
              <w:t xml:space="preserve">A. Ödenmiş </w:t>
            </w:r>
            <w:r w:rsidR="009B4926">
              <w:rPr>
                <w:sz w:val="18"/>
              </w:rPr>
              <w:t>Mal Varlığı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66E589A" w14:textId="77777777" w:rsidR="00365825" w:rsidRDefault="00000000">
            <w:pPr>
              <w:spacing w:after="0"/>
              <w:jc w:val="right"/>
            </w:pPr>
            <w:r>
              <w:rPr>
                <w:sz w:val="18"/>
              </w:rPr>
              <w:t>5.000,00</w:t>
            </w:r>
          </w:p>
        </w:tc>
      </w:tr>
      <w:tr w:rsidR="00365825" w14:paraId="75374A4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A51470D" w14:textId="28162FD8" w:rsidR="00365825" w:rsidRDefault="00000000">
            <w:pPr>
              <w:spacing w:after="0"/>
              <w:ind w:left="202"/>
            </w:pPr>
            <w:r>
              <w:rPr>
                <w:sz w:val="18"/>
              </w:rPr>
              <w:t xml:space="preserve">Geçmiş Yıl </w:t>
            </w:r>
            <w:r w:rsidR="009B4926">
              <w:rPr>
                <w:sz w:val="18"/>
              </w:rPr>
              <w:t>Gelir Fazlalıkları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B1F922B" w14:textId="77777777" w:rsidR="00365825" w:rsidRDefault="00000000">
            <w:pPr>
              <w:spacing w:after="0"/>
              <w:jc w:val="right"/>
            </w:pPr>
            <w:r>
              <w:rPr>
                <w:sz w:val="18"/>
              </w:rPr>
              <w:t>148.818,99</w:t>
            </w:r>
          </w:p>
        </w:tc>
      </w:tr>
      <w:tr w:rsidR="00365825" w14:paraId="67E0489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52A14CF" w14:textId="18BEE08F" w:rsidR="00365825" w:rsidRDefault="00000000">
            <w:pPr>
              <w:spacing w:after="0"/>
              <w:ind w:left="202"/>
            </w:pPr>
            <w:r>
              <w:rPr>
                <w:sz w:val="18"/>
              </w:rPr>
              <w:t xml:space="preserve">Geçmiş Yıllar </w:t>
            </w:r>
            <w:r w:rsidR="009B4926">
              <w:rPr>
                <w:sz w:val="18"/>
              </w:rPr>
              <w:t>Gider Fazlalıkları</w:t>
            </w:r>
            <w:r>
              <w:rPr>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A6D22E4" w14:textId="77777777" w:rsidR="00365825" w:rsidRDefault="00000000">
            <w:pPr>
              <w:spacing w:after="0"/>
              <w:jc w:val="right"/>
            </w:pPr>
            <w:r>
              <w:rPr>
                <w:sz w:val="18"/>
              </w:rPr>
              <w:t>294.502,42</w:t>
            </w:r>
          </w:p>
        </w:tc>
      </w:tr>
      <w:tr w:rsidR="00365825" w14:paraId="6585411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24C9DF2" w14:textId="75A147A6" w:rsidR="00365825" w:rsidRDefault="00000000">
            <w:pPr>
              <w:spacing w:after="0"/>
              <w:ind w:left="202"/>
            </w:pPr>
            <w:r>
              <w:rPr>
                <w:sz w:val="18"/>
              </w:rPr>
              <w:t xml:space="preserve">Dönem Net </w:t>
            </w:r>
            <w:r w:rsidR="009B4926">
              <w:rPr>
                <w:sz w:val="18"/>
              </w:rPr>
              <w:t>Gelir Fazlalığı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0541A63" w14:textId="77777777" w:rsidR="00365825" w:rsidRDefault="00000000">
            <w:pPr>
              <w:spacing w:after="0"/>
              <w:jc w:val="right"/>
            </w:pPr>
            <w:r>
              <w:rPr>
                <w:sz w:val="18"/>
              </w:rPr>
              <w:t>25.847,22</w:t>
            </w:r>
          </w:p>
        </w:tc>
      </w:tr>
      <w:tr w:rsidR="00365825" w14:paraId="29DB3346"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44203786" w14:textId="77777777" w:rsidR="00365825" w:rsidRDefault="00000000">
            <w:pPr>
              <w:spacing w:after="0"/>
            </w:pPr>
            <w:r>
              <w:rPr>
                <w:b/>
                <w:color w:val="082B46"/>
                <w:sz w:val="18"/>
              </w:rPr>
              <w:t>PASİF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22FEF3C9" w14:textId="77777777" w:rsidR="00365825" w:rsidRDefault="00000000">
            <w:pPr>
              <w:spacing w:after="0"/>
              <w:jc w:val="right"/>
            </w:pPr>
            <w:r>
              <w:rPr>
                <w:b/>
                <w:color w:val="082B46"/>
                <w:sz w:val="18"/>
              </w:rPr>
              <w:t>644.042,23</w:t>
            </w:r>
          </w:p>
        </w:tc>
      </w:tr>
    </w:tbl>
    <w:p w14:paraId="594AC252" w14:textId="77777777" w:rsidR="00365825" w:rsidRDefault="00000000">
      <w:pPr>
        <w:spacing w:before="80" w:after="140"/>
      </w:pPr>
      <w:r>
        <w:rPr>
          <w:i/>
          <w:color w:val="666666"/>
          <w:sz w:val="17"/>
        </w:rPr>
        <w:t>Kaynak: 2020 Yılı Vakıf Bilançosu.</w:t>
      </w:r>
    </w:p>
    <w:tbl>
      <w:tblPr>
        <w:tblW w:w="9604" w:type="dxa"/>
        <w:tblLayout w:type="fixed"/>
        <w:tblLook w:val="04A0" w:firstRow="1" w:lastRow="0" w:firstColumn="1" w:lastColumn="0" w:noHBand="0" w:noVBand="1"/>
      </w:tblPr>
      <w:tblGrid>
        <w:gridCol w:w="9604"/>
      </w:tblGrid>
      <w:tr w:rsidR="00365825" w14:paraId="3998B8D5"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40D9EFB" w14:textId="77777777" w:rsidR="00365825" w:rsidRDefault="00000000">
            <w:pPr>
              <w:spacing w:after="0"/>
            </w:pPr>
            <w:r>
              <w:rPr>
                <w:b/>
                <w:color w:val="082B46"/>
                <w:sz w:val="27"/>
              </w:rPr>
              <w:t>7. MALİ TABLOLARA İLİŞKİN AÇIKLAMALAR</w:t>
            </w:r>
          </w:p>
        </w:tc>
      </w:tr>
    </w:tbl>
    <w:p w14:paraId="32F79F51" w14:textId="77777777" w:rsidR="00365825" w:rsidRDefault="00365825">
      <w:pPr>
        <w:spacing w:after="40"/>
      </w:pPr>
    </w:p>
    <w:p w14:paraId="60A7BB65" w14:textId="77777777" w:rsidR="00365825" w:rsidRDefault="00000000">
      <w:pPr>
        <w:pStyle w:val="Balk2"/>
      </w:pPr>
      <w:r>
        <w:rPr>
          <w:rFonts w:ascii="Calibri" w:hAnsi="Calibri"/>
        </w:rPr>
        <w:t>7.1 Bilanço dengesi</w:t>
      </w:r>
    </w:p>
    <w:p w14:paraId="1DCCEAC9" w14:textId="77777777" w:rsidR="00365825" w:rsidRDefault="00000000">
      <w:r>
        <w:t>31 Aralık 2020 itibarıyla aktif toplamı ve pasif toplamı 644.042,23 TL'dir. Bilanço bu tutar üzerinden dengededir.</w:t>
      </w:r>
    </w:p>
    <w:p w14:paraId="5957D35F" w14:textId="77777777" w:rsidR="00365825" w:rsidRDefault="00000000">
      <w:pPr>
        <w:pStyle w:val="Balk2"/>
      </w:pPr>
      <w:r>
        <w:rPr>
          <w:rFonts w:ascii="Calibri" w:hAnsi="Calibri"/>
        </w:rPr>
        <w:t>7.2 Varlıkların dağılımı</w:t>
      </w:r>
    </w:p>
    <w:p w14:paraId="1954BFC0" w14:textId="77777777" w:rsidR="00365825" w:rsidRDefault="00000000">
      <w:r>
        <w:t>Toplam varlıkların 602.654,40 TL'si dönen varlıklardan, 41.387,83 TL'si duran varlıklardan oluşmaktadır.</w:t>
      </w:r>
    </w:p>
    <w:p w14:paraId="634CF33A" w14:textId="77777777" w:rsidR="00365825" w:rsidRDefault="00000000">
      <w:pPr>
        <w:pStyle w:val="Balk2"/>
      </w:pPr>
      <w:r>
        <w:rPr>
          <w:rFonts w:ascii="Calibri" w:hAnsi="Calibri"/>
        </w:rPr>
        <w:t>7.3 Kaynak yapısı</w:t>
      </w:r>
    </w:p>
    <w:p w14:paraId="1A1BE70B" w14:textId="77777777" w:rsidR="00365825" w:rsidRDefault="00000000">
      <w:r>
        <w:t>Kısa vadeli yabancı kaynaklar 758.878,44 TL, öz kaynaklar ise -114.836,21 TL'dir. Uzun vadeli yabancı kaynak bakiyesi bulunmamaktadır.</w:t>
      </w:r>
    </w:p>
    <w:p w14:paraId="3B7B44D9" w14:textId="77777777" w:rsidR="00365825" w:rsidRDefault="00000000">
      <w:pPr>
        <w:pStyle w:val="Balk2"/>
        <w:keepNext w:val="0"/>
      </w:pPr>
      <w:r>
        <w:rPr>
          <w:rFonts w:ascii="Calibri" w:hAnsi="Calibri"/>
        </w:rPr>
        <w:t>7.4 Dönem sonucu</w:t>
      </w:r>
    </w:p>
    <w:p w14:paraId="030D06FC" w14:textId="77777777" w:rsidR="00365825" w:rsidRDefault="00000000">
      <w:r>
        <w:t>2020 hesap dönemi 25.847,22 TL net gelir fazlalığı ile sonuçlanmıştır.</w:t>
      </w:r>
    </w:p>
    <w:sectPr w:rsidR="00365825" w:rsidSect="00034616">
      <w:headerReference w:type="default" r:id="rId9"/>
      <w:footerReference w:type="default" r:id="rId10"/>
      <w:pgSz w:w="11909" w:h="16834"/>
      <w:pgMar w:top="979" w:right="1152" w:bottom="979"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3639F" w14:textId="77777777" w:rsidR="007F79D6" w:rsidRDefault="007F79D6">
      <w:pPr>
        <w:spacing w:after="0" w:line="240" w:lineRule="auto"/>
      </w:pPr>
      <w:r>
        <w:separator/>
      </w:r>
    </w:p>
  </w:endnote>
  <w:endnote w:type="continuationSeparator" w:id="0">
    <w:p w14:paraId="110721C1" w14:textId="77777777" w:rsidR="007F79D6" w:rsidRDefault="007F7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FA392" w14:textId="77777777" w:rsidR="00365825" w:rsidRDefault="00000000">
    <w:pPr>
      <w:pStyle w:val="AltBilgi"/>
      <w:jc w:val="right"/>
    </w:pPr>
    <w:r>
      <w:rPr>
        <w:color w:val="666666"/>
        <w:sz w:val="18"/>
      </w:rPr>
      <w:t xml:space="preserve">Sayfa </w:t>
    </w:r>
    <w:r>
      <w:fldChar w:fldCharType="begin"/>
    </w:r>
    <w:r>
      <w:instrText>PAGE</w:instrText>
    </w:r>
    <w:r>
      <w:fldChar w:fldCharType="separate"/>
    </w:r>
    <w:r w:rsidR="00815C8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BC7D7" w14:textId="77777777" w:rsidR="007F79D6" w:rsidRDefault="007F79D6">
      <w:pPr>
        <w:spacing w:after="0" w:line="240" w:lineRule="auto"/>
      </w:pPr>
      <w:r>
        <w:separator/>
      </w:r>
    </w:p>
  </w:footnote>
  <w:footnote w:type="continuationSeparator" w:id="0">
    <w:p w14:paraId="4BB7FCEE" w14:textId="77777777" w:rsidR="007F79D6" w:rsidRDefault="007F7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FB41" w14:textId="77777777" w:rsidR="00365825" w:rsidRDefault="00000000">
    <w:pPr>
      <w:pStyle w:val="stBilgi"/>
    </w:pPr>
    <w:r>
      <w:rPr>
        <w:b/>
        <w:color w:val="666666"/>
        <w:sz w:val="17"/>
      </w:rPr>
      <w:t>ÖZÜRLÜLER VAKFI  |  2020 MALİ RAPORU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57370429">
    <w:abstractNumId w:val="8"/>
  </w:num>
  <w:num w:numId="2" w16cid:durableId="635650515">
    <w:abstractNumId w:val="6"/>
  </w:num>
  <w:num w:numId="3" w16cid:durableId="967394072">
    <w:abstractNumId w:val="5"/>
  </w:num>
  <w:num w:numId="4" w16cid:durableId="56435625">
    <w:abstractNumId w:val="4"/>
  </w:num>
  <w:num w:numId="5" w16cid:durableId="1791971898">
    <w:abstractNumId w:val="7"/>
  </w:num>
  <w:num w:numId="6" w16cid:durableId="1615212515">
    <w:abstractNumId w:val="3"/>
  </w:num>
  <w:num w:numId="7" w16cid:durableId="1539050675">
    <w:abstractNumId w:val="2"/>
  </w:num>
  <w:num w:numId="8" w16cid:durableId="992948449">
    <w:abstractNumId w:val="1"/>
  </w:num>
  <w:num w:numId="9" w16cid:durableId="1575162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290D"/>
    <w:rsid w:val="00326F90"/>
    <w:rsid w:val="00365825"/>
    <w:rsid w:val="00641D21"/>
    <w:rsid w:val="007F79D6"/>
    <w:rsid w:val="00815C82"/>
    <w:rsid w:val="009220D8"/>
    <w:rsid w:val="009B4926"/>
    <w:rsid w:val="009F5269"/>
    <w:rsid w:val="00AA1D8D"/>
    <w:rsid w:val="00B47730"/>
    <w:rsid w:val="00C606F7"/>
    <w:rsid w:val="00CB0664"/>
    <w:rsid w:val="00D24CD2"/>
    <w:rsid w:val="00E90D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576C50"/>
  <w14:defaultImageDpi w14:val="300"/>
  <w15:docId w15:val="{A42EC12D-9AA9-4A47-BF11-D8A20AEF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222222"/>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082B46"/>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Özürlüler Vakfı 2020 Mali Raporu</dc:title>
  <dc:subject>01.01.2020 - 31.12.2020 hesap dönemi</dc:subject>
  <dc:creator>Özürlüler Vakfı</dc:creator>
  <cp:keywords/>
  <dc:description>generated by python-docx</dc:description>
  <cp:lastModifiedBy>ahmet murat günay</cp:lastModifiedBy>
  <cp:revision>6</cp:revision>
  <dcterms:created xsi:type="dcterms:W3CDTF">2026-08-08T12:06:00Z</dcterms:created>
  <dcterms:modified xsi:type="dcterms:W3CDTF">2026-08-08T13:29:00Z</dcterms:modified>
  <cp:category/>
</cp:coreProperties>
</file>