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7BB1C" w14:textId="77777777" w:rsidR="00FF2DC5" w:rsidRDefault="00000000">
      <w:pPr>
        <w:spacing w:after="0" w:line="240" w:lineRule="auto"/>
        <w:jc w:val="center"/>
      </w:pPr>
      <w:r>
        <w:rPr>
          <w:noProof/>
        </w:rPr>
        <w:drawing>
          <wp:inline distT="0" distB="0" distL="0" distR="0" wp14:anchorId="4F5D23AF" wp14:editId="432ED3A1">
            <wp:extent cx="7543800" cy="106614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ec-8f9f3615-f782-4703-ab93-ef646b1d9cb4.png"/>
                    <pic:cNvPicPr/>
                  </pic:nvPicPr>
                  <pic:blipFill>
                    <a:blip r:embed="rId8"/>
                    <a:stretch>
                      <a:fillRect/>
                    </a:stretch>
                  </pic:blipFill>
                  <pic:spPr>
                    <a:xfrm>
                      <a:off x="0" y="0"/>
                      <a:ext cx="7543800" cy="10661427"/>
                    </a:xfrm>
                    <a:prstGeom prst="rect">
                      <a:avLst/>
                    </a:prstGeom>
                  </pic:spPr>
                </pic:pic>
              </a:graphicData>
            </a:graphic>
          </wp:inline>
        </w:drawing>
      </w:r>
    </w:p>
    <w:p w14:paraId="27021CE1" w14:textId="77777777" w:rsidR="00FF2DC5" w:rsidRDefault="00FF2DC5">
      <w:pPr>
        <w:sectPr w:rsidR="00FF2DC5">
          <w:pgSz w:w="11909" w:h="16834"/>
          <w:pgMar w:top="0" w:right="0" w:bottom="0" w:left="0" w:header="0" w:footer="0" w:gutter="0"/>
          <w:cols w:space="720"/>
          <w:docGrid w:linePitch="360"/>
        </w:sectPr>
      </w:pPr>
    </w:p>
    <w:tbl>
      <w:tblPr>
        <w:tblW w:w="9604" w:type="dxa"/>
        <w:tblLayout w:type="fixed"/>
        <w:tblLook w:val="04A0" w:firstRow="1" w:lastRow="0" w:firstColumn="1" w:lastColumn="0" w:noHBand="0" w:noVBand="1"/>
      </w:tblPr>
      <w:tblGrid>
        <w:gridCol w:w="9604"/>
      </w:tblGrid>
      <w:tr w:rsidR="00FF2DC5" w14:paraId="7746AFAD"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171AB962" w14:textId="77777777" w:rsidR="00FF2DC5" w:rsidRDefault="00000000">
            <w:pPr>
              <w:spacing w:after="0"/>
            </w:pPr>
            <w:r>
              <w:rPr>
                <w:b/>
                <w:color w:val="082B46"/>
                <w:sz w:val="27"/>
              </w:rPr>
              <w:lastRenderedPageBreak/>
              <w:t>1. RAPORUN AMACI VE KAPSAMI</w:t>
            </w:r>
          </w:p>
        </w:tc>
      </w:tr>
    </w:tbl>
    <w:p w14:paraId="6DCE8033" w14:textId="77777777" w:rsidR="00FF2DC5" w:rsidRDefault="00FF2DC5">
      <w:pPr>
        <w:spacing w:after="40"/>
      </w:pPr>
    </w:p>
    <w:p w14:paraId="26190436" w14:textId="77777777" w:rsidR="00FF2DC5" w:rsidRDefault="00000000">
      <w:r>
        <w:t>Bu Mali Rapor, Özürlüler Vakfı'nın 01 Ocak 2023 - 31 Aralık 2023 hesap dönemine ait mali faaliyet sonuçları ile 31 Aralık 2023 tarihi itibarıyla mali durumunu sunmak amacıyla hazırlanmıştır.</w:t>
      </w:r>
    </w:p>
    <w:p w14:paraId="28C363CF" w14:textId="77777777" w:rsidR="00FF2DC5" w:rsidRDefault="00000000">
      <w:r>
        <w:t>Rapor; 2024 Yılı Genel Kurul evrakı içinde yer alan 2023 Bilançosu, Gelir Tablosu, 01.01.2023 - 31.12.2023 dönemli Denetim Kurulu Raporu ve 27. Olağan Mütevelli Heyet Toplantısında alınan kararlar esas alınarak hazırlanmıştır.</w:t>
      </w:r>
    </w:p>
    <w:p w14:paraId="6AD8CE05" w14:textId="77777777" w:rsidR="00FF2DC5" w:rsidRDefault="00000000">
      <w:r>
        <w:t>Mali veriler, Bilanço ve Gelir Tablosundaki 2023 Aralık sütunundan birebir aktarılmış; dönemler arası devir ve bilanço dengesi bir önceki yılın onaylı mali tablolarıyla karşılaştırılarak kontrol edilmiştir.</w:t>
      </w:r>
    </w:p>
    <w:tbl>
      <w:tblPr>
        <w:tblW w:w="9604" w:type="dxa"/>
        <w:tblLayout w:type="fixed"/>
        <w:tblLook w:val="04A0" w:firstRow="1" w:lastRow="0" w:firstColumn="1" w:lastColumn="0" w:noHBand="0" w:noVBand="1"/>
      </w:tblPr>
      <w:tblGrid>
        <w:gridCol w:w="9604"/>
      </w:tblGrid>
      <w:tr w:rsidR="00FF2DC5" w14:paraId="1C21BA80"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1A647D25" w14:textId="77777777" w:rsidR="00FF2DC5" w:rsidRDefault="00000000">
            <w:pPr>
              <w:spacing w:after="0"/>
            </w:pPr>
            <w:r>
              <w:rPr>
                <w:b/>
                <w:color w:val="082B46"/>
                <w:sz w:val="27"/>
              </w:rPr>
              <w:t>2. VAKFIN AMACI VE FAALİYETLERİ</w:t>
            </w:r>
          </w:p>
        </w:tc>
      </w:tr>
    </w:tbl>
    <w:p w14:paraId="54FC93F8" w14:textId="77777777" w:rsidR="00FF2DC5" w:rsidRDefault="00FF2DC5">
      <w:pPr>
        <w:spacing w:after="40"/>
      </w:pPr>
    </w:p>
    <w:p w14:paraId="78C57844" w14:textId="77777777" w:rsidR="00FF2DC5" w:rsidRDefault="00000000">
      <w:r>
        <w:t>Özürlüler Vakfı, 1998 yılında kurulmuştur. Vakıf; engelli bireylerin hak ve özgürlüklerden eşit biçimde yararlanmasını, toplumsal yaşama tam ve etkin katılımını ve fırsat eşitliğini desteklemek amacıyla faaliyetlerini sürdürmektedir.</w:t>
      </w:r>
    </w:p>
    <w:p w14:paraId="4AA3CD7A" w14:textId="77777777" w:rsidR="00FF2DC5" w:rsidRDefault="00000000">
      <w:r>
        <w:t>Bu amaç doğrultusunda sağlık ve medikal destek, sosyal destek, eğitim ve farkındalık çalışmaları ile engelli hakları, erişilebilirlik ve toplumsal katılıma yönelik faaliyetler yürütülmektedir.</w:t>
      </w:r>
    </w:p>
    <w:p w14:paraId="090E9611" w14:textId="77777777" w:rsidR="00FF2DC5" w:rsidRDefault="00000000">
      <w:r>
        <w:t>Vakfın gelir ve kaynakları, vakıf senedinde belirlenen amaç ve hizmet konuları doğrultusunda yürütülen faaliyetler için kullanılmaktadır.</w:t>
      </w:r>
    </w:p>
    <w:tbl>
      <w:tblPr>
        <w:tblW w:w="9604" w:type="dxa"/>
        <w:tblLayout w:type="fixed"/>
        <w:tblLook w:val="04A0" w:firstRow="1" w:lastRow="0" w:firstColumn="1" w:lastColumn="0" w:noHBand="0" w:noVBand="1"/>
      </w:tblPr>
      <w:tblGrid>
        <w:gridCol w:w="9604"/>
      </w:tblGrid>
      <w:tr w:rsidR="00FF2DC5" w14:paraId="00BC8481"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0F9FCE5D" w14:textId="77777777" w:rsidR="00FF2DC5" w:rsidRDefault="00000000">
            <w:pPr>
              <w:spacing w:after="0"/>
            </w:pPr>
            <w:r>
              <w:rPr>
                <w:b/>
                <w:color w:val="082B46"/>
                <w:sz w:val="27"/>
              </w:rPr>
              <w:t>3. MALİ TABLOLARIN DÖNEMİ VE DAYANAĞI</w:t>
            </w:r>
          </w:p>
        </w:tc>
      </w:tr>
    </w:tbl>
    <w:p w14:paraId="5B33FD9D" w14:textId="77777777" w:rsidR="00FF2DC5" w:rsidRDefault="00FF2DC5">
      <w:pPr>
        <w:spacing w:after="40"/>
      </w:pPr>
    </w:p>
    <w:p w14:paraId="74954514" w14:textId="77777777" w:rsidR="00FF2DC5" w:rsidRDefault="00000000">
      <w:r>
        <w:t>Bu raporun hesap dönemi 01 Ocak 2023 - 31 Aralık 2023'tür. Gelir Tablosu bu dönemin faaliyet sonucunu, Bilanço ise 31 Aralık 2023 tarihi itibarıyla mali durumu göstermektedir. Tutarlar Türk Lirası (TL) olarak sunulmuştur.</w:t>
      </w:r>
    </w:p>
    <w:p w14:paraId="1D87FBCA" w14:textId="77777777" w:rsidR="00FF2DC5" w:rsidRDefault="00000000">
      <w:r>
        <w:t>2024 Yılı Genel Kurul evrakındaki Bilanço ve Gelir Tablosunda 2022 Aralık ve 2023 Aralık başlıkları birlikte yer almakta olup, bu raporda 2023 Aralık sütunundaki tutarlar esas alınmıştır.</w:t>
      </w:r>
    </w:p>
    <w:p w14:paraId="04D3410A" w14:textId="77777777" w:rsidR="00FF2DC5" w:rsidRDefault="00000000">
      <w:r>
        <w:br w:type="page"/>
      </w:r>
    </w:p>
    <w:p w14:paraId="3772C924" w14:textId="77777777" w:rsidR="00FF2DC5" w:rsidRDefault="00FF2DC5"/>
    <w:tbl>
      <w:tblPr>
        <w:tblW w:w="9604" w:type="dxa"/>
        <w:tblLayout w:type="fixed"/>
        <w:tblLook w:val="04A0" w:firstRow="1" w:lastRow="0" w:firstColumn="1" w:lastColumn="0" w:noHBand="0" w:noVBand="1"/>
      </w:tblPr>
      <w:tblGrid>
        <w:gridCol w:w="9604"/>
      </w:tblGrid>
      <w:tr w:rsidR="00FF2DC5" w14:paraId="63EE2706"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499B3FDF" w14:textId="77777777" w:rsidR="00FF2DC5" w:rsidRDefault="00000000">
            <w:pPr>
              <w:spacing w:after="0"/>
            </w:pPr>
            <w:r>
              <w:rPr>
                <w:b/>
                <w:color w:val="082B46"/>
                <w:sz w:val="27"/>
              </w:rPr>
              <w:t>4. MALİ KAYITLARIN KONTROLÜ VE DÖNEM SÜREKLİLİĞİ</w:t>
            </w:r>
          </w:p>
        </w:tc>
      </w:tr>
    </w:tbl>
    <w:p w14:paraId="425C094A" w14:textId="77777777" w:rsidR="00FF2DC5" w:rsidRDefault="00FF2DC5">
      <w:pPr>
        <w:spacing w:after="40"/>
      </w:pPr>
    </w:p>
    <w:p w14:paraId="5FDD3C3D" w14:textId="77777777" w:rsidR="00FF2DC5" w:rsidRDefault="00000000">
      <w:pPr>
        <w:pStyle w:val="Balk2"/>
      </w:pPr>
      <w:r>
        <w:rPr>
          <w:rFonts w:ascii="Calibri" w:hAnsi="Calibri"/>
        </w:rPr>
        <w:t>4.1 2022 yılından 2023 yılına devir kontrolü</w:t>
      </w:r>
    </w:p>
    <w:p w14:paraId="455CE0A1" w14:textId="77777777" w:rsidR="00FF2DC5" w:rsidRDefault="00000000">
      <w:r>
        <w:t>2022 hesap döneminin 114.715,66 TL net gelir fazlalığı, 2023 Bilançosunda Geçmiş Yıllar Gelir Fazlalıkları kalemine aktarılmıştır. 2022 sonunda 174.666,21 TL olan Geçmiş Yıllar Gelir Fazlalıkları, 114.715,66 TL dönem net gelir fazlalığının eklenmesiyle 2023 sonunda 289.381,87 TL olmuştur.</w:t>
      </w:r>
    </w:p>
    <w:p w14:paraId="17224C9E" w14:textId="77777777" w:rsidR="00FF2DC5" w:rsidRDefault="00000000">
      <w:r>
        <w:t>Geçmiş Yıllar Gider Fazlalıkları 346.570,72 TL, iş avansları 292.175,96 TL, demirbaşlar 42.415,42 TL ve mal varlığı 5.000,00 TL olarak devam etmektedir. 2022'de 10.000,00 TL olan Bağlı Ortaklıklar kalemi 2023 Bilançosunda yer almamaktadır.</w:t>
      </w:r>
    </w:p>
    <w:p w14:paraId="19E211DB" w14:textId="77777777" w:rsidR="00FF2DC5" w:rsidRDefault="00000000">
      <w:pPr>
        <w:pStyle w:val="Balk2"/>
      </w:pPr>
      <w:r>
        <w:rPr>
          <w:rFonts w:ascii="Calibri" w:hAnsi="Calibri"/>
        </w:rPr>
        <w:t>4.2 Bilanço ve aritmetik kontrol</w:t>
      </w:r>
    </w:p>
    <w:p w14:paraId="10D3CAD7" w14:textId="77777777" w:rsidR="00FF2DC5" w:rsidRDefault="00000000">
      <w:r>
        <w:t>2023 Bilançosunda dönen varlıklar 656.316,32 TL ve duran varlıklar 31.387,83 TL olup aktif toplamı 687.704,15 TL'dir. Kısa vadeli yabancı kaynaklar 1.016.303,96 TL ve öz kaynaklar -328.599,81 TL olup pasif toplamı da 687.704,15 TL'dir; bilanço aritmetik olarak dengededir.</w:t>
      </w:r>
    </w:p>
    <w:p w14:paraId="28194A23" w14:textId="77777777" w:rsidR="00FF2DC5" w:rsidRDefault="00000000">
      <w:r>
        <w:t>2024 Yılı Genel Kurul evrakı içinde ayrı bir Genel Mizan yer almamaktadır. Bu nedenle bu rapordaki kontrol, Genel Kurulda sunulan ve ibra edilen 2023 Bilançosu, Gelir Tablosu ve Denetim Kurulu Raporu üzerinden yapılmıştır.</w:t>
      </w:r>
    </w:p>
    <w:p w14:paraId="6D3DE4BF" w14:textId="77777777" w:rsidR="00FF2DC5" w:rsidRDefault="00000000">
      <w:pPr>
        <w:pStyle w:val="Balk2"/>
      </w:pPr>
      <w:r>
        <w:rPr>
          <w:rFonts w:ascii="Calibri" w:hAnsi="Calibri"/>
        </w:rPr>
        <w:t>4.3 Denetim ve 2024 Yılı Olağan Mütevelli Heyeti</w:t>
      </w:r>
    </w:p>
    <w:p w14:paraId="7A7D70E3" w14:textId="77777777" w:rsidR="00FF2DC5" w:rsidRDefault="00000000">
      <w:r>
        <w:t>10.01.2024 tarihli Denetim Kurulu Raporunda, 01.01.2023 - 31.12.2023 dönemine ait fatura, evrak ve belgeler; yıl sonu kasa, demirbaş ve stok sayımları; banka ekstreleri ve vakıf defter kayıtları incelenmiş; banka kayıtları ile defterlerin uyumlu olduğu ve arşivleme/dosyalama sisteminin muhasebe ilkelerine uygun olduğu belirtilmiştir.</w:t>
      </w:r>
    </w:p>
    <w:p w14:paraId="3960BE42" w14:textId="77777777" w:rsidR="00FF2DC5" w:rsidRDefault="00000000">
      <w:r>
        <w:t>2024 yılında yapılan 27. Olağan Mütevelli Heyet Toplantısında 2023 yılı faaliyet raporu, bilanço ve gelir-gider cetveli ile Denetim Kurulu Raporu ayrı ayrı görüşülmüş ve oy birliğiyle ibra edilmiştir. Yönetim ve Denetim Kurulları da ayrı ayrı oy birliğiyle ibra edilmiştir.</w:t>
      </w:r>
    </w:p>
    <w:p w14:paraId="4F6FC550" w14:textId="77777777" w:rsidR="00FF2DC5" w:rsidRDefault="00000000">
      <w:r>
        <w:t>Genel Kurul dosyasında toplantı tarihi farklı belgelerde 16.02.2024 ve 28.02.2024 olarak kaydedildiğinden, bu raporda kararlar tarih yerine 27. Olağan Mütevelli Heyet Toplantısı adıyla referanslanmıştır.</w:t>
      </w:r>
    </w:p>
    <w:p w14:paraId="0DF17804" w14:textId="77777777" w:rsidR="00FF2DC5" w:rsidRDefault="00000000">
      <w:r>
        <w:br w:type="page"/>
      </w:r>
    </w:p>
    <w:tbl>
      <w:tblPr>
        <w:tblW w:w="9604" w:type="dxa"/>
        <w:tblLayout w:type="fixed"/>
        <w:tblLook w:val="04A0" w:firstRow="1" w:lastRow="0" w:firstColumn="1" w:lastColumn="0" w:noHBand="0" w:noVBand="1"/>
      </w:tblPr>
      <w:tblGrid>
        <w:gridCol w:w="9604"/>
      </w:tblGrid>
      <w:tr w:rsidR="00FF2DC5" w14:paraId="27909ABD"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0395DECA" w14:textId="77777777" w:rsidR="00FF2DC5" w:rsidRDefault="00000000">
            <w:pPr>
              <w:spacing w:after="0"/>
            </w:pPr>
            <w:r>
              <w:rPr>
                <w:b/>
                <w:color w:val="082B46"/>
                <w:sz w:val="27"/>
              </w:rPr>
              <w:lastRenderedPageBreak/>
              <w:t>5. 2023 GELİR TABLOSU</w:t>
            </w:r>
          </w:p>
        </w:tc>
      </w:tr>
    </w:tbl>
    <w:p w14:paraId="718D16B4" w14:textId="77777777" w:rsidR="00FF2DC5" w:rsidRDefault="00FF2DC5">
      <w:pPr>
        <w:spacing w:after="40"/>
      </w:pPr>
    </w:p>
    <w:p w14:paraId="4CACF39F" w14:textId="77777777" w:rsidR="00FF2DC5" w:rsidRDefault="00000000">
      <w:r>
        <w:t>01.01.2023 - 31.12.2023 hesap dönemi</w:t>
      </w:r>
    </w:p>
    <w:tbl>
      <w:tblPr>
        <w:tblW w:w="9604" w:type="dxa"/>
        <w:tblLayout w:type="fixed"/>
        <w:tblLook w:val="04A0" w:firstRow="1" w:lastRow="0" w:firstColumn="1" w:lastColumn="0" w:noHBand="0" w:noVBand="1"/>
      </w:tblPr>
      <w:tblGrid>
        <w:gridCol w:w="6840"/>
        <w:gridCol w:w="2764"/>
      </w:tblGrid>
      <w:tr w:rsidR="00FF2DC5" w14:paraId="57050A9A"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220AFAE6" w14:textId="77777777" w:rsidR="00FF2DC5" w:rsidRDefault="00000000">
            <w:pPr>
              <w:spacing w:after="0"/>
            </w:pPr>
            <w:r>
              <w:rPr>
                <w:b/>
                <w:color w:val="FFFFFF"/>
                <w:sz w:val="19"/>
              </w:rPr>
              <w:t>GELİR TABLOSU KALEMİ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1A47FEC2" w14:textId="77777777" w:rsidR="00FF2DC5" w:rsidRDefault="00000000">
            <w:pPr>
              <w:spacing w:after="0"/>
              <w:jc w:val="right"/>
            </w:pPr>
            <w:r>
              <w:rPr>
                <w:b/>
                <w:color w:val="FFFFFF"/>
                <w:sz w:val="19"/>
              </w:rPr>
              <w:t>TUTAR (TL)</w:t>
            </w:r>
          </w:p>
        </w:tc>
      </w:tr>
      <w:tr w:rsidR="00FF2DC5" w14:paraId="095B73CB"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7774A3A3" w14:textId="77777777" w:rsidR="00FF2DC5" w:rsidRDefault="00000000">
            <w:pPr>
              <w:spacing w:after="0"/>
            </w:pPr>
            <w:r>
              <w:rPr>
                <w:b/>
                <w:color w:val="082B46"/>
                <w:sz w:val="18"/>
              </w:rPr>
              <w:t>Brüt Satışlar / Bağış ve Yardımlar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50B6A16B" w14:textId="77777777" w:rsidR="00FF2DC5" w:rsidRDefault="00000000">
            <w:pPr>
              <w:spacing w:after="0"/>
              <w:jc w:val="right"/>
            </w:pPr>
            <w:r>
              <w:rPr>
                <w:b/>
                <w:color w:val="082B46"/>
                <w:sz w:val="18"/>
              </w:rPr>
              <w:t>214.981,17</w:t>
            </w:r>
          </w:p>
        </w:tc>
      </w:tr>
      <w:tr w:rsidR="00FF2DC5" w14:paraId="46A2407F"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475F822" w14:textId="4D73F8BB" w:rsidR="00FF2DC5" w:rsidRDefault="00BF6260">
            <w:pPr>
              <w:spacing w:after="0"/>
            </w:pPr>
            <w:r>
              <w:rPr>
                <w:b/>
                <w:sz w:val="18"/>
              </w:rPr>
              <w:t>Bağışlar ve Yardımlar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CBCEB79" w14:textId="77777777" w:rsidR="00FF2DC5" w:rsidRDefault="00000000">
            <w:pPr>
              <w:spacing w:after="0"/>
              <w:jc w:val="right"/>
            </w:pPr>
            <w:r>
              <w:rPr>
                <w:b/>
                <w:sz w:val="18"/>
              </w:rPr>
              <w:t>214.981,17</w:t>
            </w:r>
          </w:p>
        </w:tc>
      </w:tr>
      <w:tr w:rsidR="00FF2DC5" w14:paraId="6ECA6A69"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991232C" w14:textId="77777777" w:rsidR="00FF2DC5" w:rsidRDefault="00000000">
            <w:pPr>
              <w:spacing w:after="0"/>
            </w:pPr>
            <w:r>
              <w:rPr>
                <w:b/>
                <w:sz w:val="18"/>
              </w:rPr>
              <w:t>Faaliyet Giderleri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FFF436D" w14:textId="77777777" w:rsidR="00FF2DC5" w:rsidRDefault="00000000">
            <w:pPr>
              <w:spacing w:after="0"/>
              <w:jc w:val="right"/>
            </w:pPr>
            <w:r>
              <w:rPr>
                <w:b/>
                <w:sz w:val="18"/>
              </w:rPr>
              <w:t>214.854,16</w:t>
            </w:r>
          </w:p>
        </w:tc>
      </w:tr>
      <w:tr w:rsidR="00FF2DC5" w14:paraId="75FC2FF3"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66138BA" w14:textId="77777777" w:rsidR="00FF2DC5" w:rsidRDefault="00000000">
            <w:pPr>
              <w:spacing w:after="0"/>
              <w:ind w:left="202"/>
            </w:pPr>
            <w:r>
              <w:rPr>
                <w:sz w:val="18"/>
              </w:rPr>
              <w:t>Genel Yönetim Giderleri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ACA17B4" w14:textId="77777777" w:rsidR="00FF2DC5" w:rsidRDefault="00000000">
            <w:pPr>
              <w:spacing w:after="0"/>
              <w:jc w:val="right"/>
            </w:pPr>
            <w:r>
              <w:rPr>
                <w:sz w:val="18"/>
              </w:rPr>
              <w:t>40.382,16</w:t>
            </w:r>
          </w:p>
        </w:tc>
      </w:tr>
      <w:tr w:rsidR="00FF2DC5" w14:paraId="52B74F49"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6C87C21" w14:textId="77777777" w:rsidR="00FF2DC5" w:rsidRDefault="00000000">
            <w:pPr>
              <w:spacing w:after="0"/>
              <w:ind w:left="202"/>
            </w:pPr>
            <w:r>
              <w:rPr>
                <w:sz w:val="18"/>
              </w:rPr>
              <w:t>Amaca Yönelik Giderler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44EEBC2" w14:textId="77777777" w:rsidR="00FF2DC5" w:rsidRDefault="00000000">
            <w:pPr>
              <w:spacing w:after="0"/>
              <w:jc w:val="right"/>
            </w:pPr>
            <w:r>
              <w:rPr>
                <w:sz w:val="18"/>
              </w:rPr>
              <w:t>174.472,00</w:t>
            </w:r>
          </w:p>
        </w:tc>
      </w:tr>
      <w:tr w:rsidR="00FF2DC5" w14:paraId="352896EE"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5D698D3E" w14:textId="5F7EDEA1" w:rsidR="00FF2DC5" w:rsidRDefault="00000000">
            <w:pPr>
              <w:spacing w:after="0"/>
            </w:pPr>
            <w:r>
              <w:rPr>
                <w:b/>
                <w:color w:val="082B46"/>
                <w:sz w:val="18"/>
              </w:rPr>
              <w:t xml:space="preserve">Faaliyet </w:t>
            </w:r>
            <w:r w:rsidR="00BF6260">
              <w:rPr>
                <w:b/>
                <w:color w:val="082B46"/>
                <w:sz w:val="18"/>
              </w:rPr>
              <w:t>Gelir Fazlalığı</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355C68AD" w14:textId="77777777" w:rsidR="00FF2DC5" w:rsidRDefault="00000000">
            <w:pPr>
              <w:spacing w:after="0"/>
              <w:jc w:val="right"/>
            </w:pPr>
            <w:r>
              <w:rPr>
                <w:b/>
                <w:color w:val="082B46"/>
                <w:sz w:val="18"/>
              </w:rPr>
              <w:t>127,01</w:t>
            </w:r>
          </w:p>
        </w:tc>
      </w:tr>
      <w:tr w:rsidR="00FF2DC5" w14:paraId="554BFB6A"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132F961" w14:textId="5F070CBF" w:rsidR="00FF2DC5" w:rsidRDefault="00000000">
            <w:pPr>
              <w:spacing w:after="0"/>
            </w:pPr>
            <w:r>
              <w:rPr>
                <w:b/>
                <w:sz w:val="18"/>
              </w:rPr>
              <w:t xml:space="preserve">Olağan </w:t>
            </w:r>
            <w:r w:rsidR="00BF6260">
              <w:rPr>
                <w:b/>
                <w:sz w:val="18"/>
              </w:rPr>
              <w:t>Gelir Fazlalılğı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B960509" w14:textId="77777777" w:rsidR="00FF2DC5" w:rsidRDefault="00000000">
            <w:pPr>
              <w:spacing w:after="0"/>
              <w:jc w:val="right"/>
            </w:pPr>
            <w:r>
              <w:rPr>
                <w:b/>
                <w:sz w:val="18"/>
              </w:rPr>
              <w:t>127,01</w:t>
            </w:r>
          </w:p>
        </w:tc>
      </w:tr>
      <w:tr w:rsidR="00FF2DC5" w14:paraId="185ED8A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EF906D8" w14:textId="271AC48D" w:rsidR="00FF2DC5" w:rsidRDefault="00000000">
            <w:pPr>
              <w:spacing w:after="0"/>
            </w:pPr>
            <w:r>
              <w:rPr>
                <w:b/>
                <w:sz w:val="18"/>
              </w:rPr>
              <w:t xml:space="preserve">Olağandışı Gider </w:t>
            </w:r>
            <w:r w:rsidR="00BF6260">
              <w:rPr>
                <w:b/>
                <w:sz w:val="18"/>
              </w:rPr>
              <w:t>Fazlalığı</w:t>
            </w:r>
            <w:r>
              <w:rPr>
                <w:b/>
                <w:sz w:val="18"/>
              </w:rPr>
              <w:t xml:space="preserve">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288778B" w14:textId="77777777" w:rsidR="00FF2DC5" w:rsidRDefault="00000000">
            <w:pPr>
              <w:spacing w:after="0"/>
              <w:jc w:val="right"/>
            </w:pPr>
            <w:r>
              <w:rPr>
                <w:b/>
                <w:sz w:val="18"/>
              </w:rPr>
              <w:t>276.537,97</w:t>
            </w:r>
          </w:p>
        </w:tc>
      </w:tr>
      <w:tr w:rsidR="00FF2DC5" w14:paraId="70BB1D0F"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09A956C2" w14:textId="630C7159" w:rsidR="00FF2DC5" w:rsidRDefault="00000000">
            <w:pPr>
              <w:spacing w:after="0"/>
            </w:pPr>
            <w:r>
              <w:rPr>
                <w:b/>
                <w:color w:val="082B46"/>
                <w:sz w:val="18"/>
              </w:rPr>
              <w:t xml:space="preserve">Dönem Net </w:t>
            </w:r>
            <w:r w:rsidR="00E22DFF">
              <w:rPr>
                <w:b/>
                <w:color w:val="082B46"/>
                <w:sz w:val="18"/>
              </w:rPr>
              <w:t>Gider Fazlalığı</w:t>
            </w:r>
            <w:r>
              <w:rPr>
                <w:b/>
                <w:color w:val="082B46"/>
                <w:sz w:val="18"/>
              </w:rPr>
              <w:t xml:space="preserve"> (-)</w:t>
            </w:r>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407201C8" w14:textId="77777777" w:rsidR="00FF2DC5" w:rsidRDefault="00000000">
            <w:pPr>
              <w:spacing w:after="0"/>
              <w:jc w:val="right"/>
            </w:pPr>
            <w:r>
              <w:rPr>
                <w:b/>
                <w:color w:val="082B46"/>
                <w:sz w:val="18"/>
              </w:rPr>
              <w:t>276.410,96</w:t>
            </w:r>
          </w:p>
        </w:tc>
      </w:tr>
    </w:tbl>
    <w:p w14:paraId="5556CC9F" w14:textId="77777777" w:rsidR="00FF2DC5" w:rsidRDefault="00000000">
      <w:pPr>
        <w:spacing w:before="80" w:after="140"/>
      </w:pPr>
      <w:r>
        <w:rPr>
          <w:i/>
          <w:color w:val="666666"/>
          <w:sz w:val="17"/>
        </w:rPr>
        <w:t>Kaynak: 2024 Yılı Genel Kurul evrakındaki 2023 Gelir Tablosu.</w:t>
      </w:r>
    </w:p>
    <w:p w14:paraId="7DF4D97B" w14:textId="77777777" w:rsidR="00FF2DC5" w:rsidRDefault="00000000">
      <w:r>
        <w:t>2023 hesap döneminde 214.981,17 TL bağış ve yardım geliri elde edilmiş; 214.854,16 TL faaliyet gideri sonrasında 127,01 TL faaliyet gelir fazlalığı oluşmuştur. 276.537,97 TL olağandışı gider fazlalığı sonucunda dönem 276.410,96 TL net gider fazlalığı ile kapanmıştır.</w:t>
      </w:r>
    </w:p>
    <w:p w14:paraId="35484F33" w14:textId="77777777" w:rsidR="00FF2DC5" w:rsidRDefault="00000000">
      <w:r>
        <w:br w:type="page"/>
      </w:r>
    </w:p>
    <w:p w14:paraId="321339C2" w14:textId="77777777" w:rsidR="00FF2DC5" w:rsidRDefault="00FF2DC5"/>
    <w:tbl>
      <w:tblPr>
        <w:tblW w:w="9604" w:type="dxa"/>
        <w:tblLayout w:type="fixed"/>
        <w:tblLook w:val="04A0" w:firstRow="1" w:lastRow="0" w:firstColumn="1" w:lastColumn="0" w:noHBand="0" w:noVBand="1"/>
      </w:tblPr>
      <w:tblGrid>
        <w:gridCol w:w="9604"/>
      </w:tblGrid>
      <w:tr w:rsidR="00FF2DC5" w14:paraId="3C49096F"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269BA656" w14:textId="77777777" w:rsidR="00FF2DC5" w:rsidRDefault="00000000">
            <w:pPr>
              <w:spacing w:after="0"/>
            </w:pPr>
            <w:r>
              <w:rPr>
                <w:b/>
                <w:color w:val="082B46"/>
                <w:sz w:val="27"/>
              </w:rPr>
              <w:t>6. 2023 BİLANÇOSU (FİNANSAL DURUM TABLOSU)</w:t>
            </w:r>
          </w:p>
        </w:tc>
      </w:tr>
    </w:tbl>
    <w:p w14:paraId="58FBB925" w14:textId="77777777" w:rsidR="00FF2DC5" w:rsidRDefault="00FF2DC5">
      <w:pPr>
        <w:spacing w:after="40"/>
      </w:pPr>
    </w:p>
    <w:p w14:paraId="4BFAA7C4" w14:textId="77777777" w:rsidR="00FF2DC5" w:rsidRDefault="00000000">
      <w:r>
        <w:t>31.12.2023 tarihi itibarıyla</w:t>
      </w:r>
    </w:p>
    <w:p w14:paraId="6A02F68C" w14:textId="77777777" w:rsidR="00FF2DC5" w:rsidRDefault="00000000">
      <w:pPr>
        <w:pStyle w:val="Balk2"/>
      </w:pPr>
      <w:r>
        <w:rPr>
          <w:rFonts w:ascii="Calibri" w:hAnsi="Calibri"/>
        </w:rPr>
        <w:t>6.1 Aktif (Varlıklar)</w:t>
      </w:r>
    </w:p>
    <w:tbl>
      <w:tblPr>
        <w:tblW w:w="9604" w:type="dxa"/>
        <w:tblLayout w:type="fixed"/>
        <w:tblLook w:val="04A0" w:firstRow="1" w:lastRow="0" w:firstColumn="1" w:lastColumn="0" w:noHBand="0" w:noVBand="1"/>
      </w:tblPr>
      <w:tblGrid>
        <w:gridCol w:w="6840"/>
        <w:gridCol w:w="2764"/>
      </w:tblGrid>
      <w:tr w:rsidR="00FF2DC5" w14:paraId="5216A9E6"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0EB94BBA" w14:textId="77777777" w:rsidR="00FF2DC5" w:rsidRDefault="00000000">
            <w:pPr>
              <w:spacing w:after="0"/>
            </w:pPr>
            <w:r>
              <w:rPr>
                <w:b/>
                <w:color w:val="FFFFFF"/>
                <w:sz w:val="19"/>
              </w:rPr>
              <w:t>VARLIK KALEMLERİ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759AE380" w14:textId="77777777" w:rsidR="00FF2DC5" w:rsidRDefault="00000000">
            <w:pPr>
              <w:spacing w:after="0"/>
              <w:jc w:val="right"/>
            </w:pPr>
            <w:r>
              <w:rPr>
                <w:b/>
                <w:color w:val="FFFFFF"/>
                <w:sz w:val="19"/>
              </w:rPr>
              <w:t>TUTAR (TL)</w:t>
            </w:r>
          </w:p>
        </w:tc>
      </w:tr>
      <w:tr w:rsidR="00FF2DC5" w14:paraId="4C670D5C"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4A80B4E5" w14:textId="77777777" w:rsidR="00FF2DC5" w:rsidRDefault="00000000">
            <w:pPr>
              <w:spacing w:after="0"/>
            </w:pPr>
            <w:r>
              <w:rPr>
                <w:b/>
                <w:color w:val="082B46"/>
                <w:sz w:val="18"/>
              </w:rPr>
              <w:t>I. DÖNEN VARLIKLAR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46A894F3" w14:textId="77777777" w:rsidR="00FF2DC5" w:rsidRDefault="00000000">
            <w:pPr>
              <w:spacing w:after="0"/>
              <w:jc w:val="right"/>
            </w:pPr>
            <w:r>
              <w:rPr>
                <w:b/>
                <w:color w:val="082B46"/>
                <w:sz w:val="18"/>
              </w:rPr>
              <w:t>656.316,32</w:t>
            </w:r>
          </w:p>
        </w:tc>
      </w:tr>
      <w:tr w:rsidR="00FF2DC5" w14:paraId="521FC26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8786F85" w14:textId="77777777" w:rsidR="00FF2DC5" w:rsidRDefault="00000000">
            <w:pPr>
              <w:spacing w:after="0"/>
              <w:ind w:left="202"/>
            </w:pPr>
            <w:r>
              <w:rPr>
                <w:sz w:val="18"/>
              </w:rPr>
              <w:t>A. Hazır Değerler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F5B06C7" w14:textId="77777777" w:rsidR="00FF2DC5" w:rsidRDefault="00000000">
            <w:pPr>
              <w:spacing w:after="0"/>
              <w:jc w:val="right"/>
            </w:pPr>
            <w:r>
              <w:rPr>
                <w:sz w:val="18"/>
              </w:rPr>
              <w:t>280.653,92</w:t>
            </w:r>
          </w:p>
        </w:tc>
      </w:tr>
      <w:tr w:rsidR="00FF2DC5" w14:paraId="1FBDBDFD"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770E506" w14:textId="77777777" w:rsidR="00FF2DC5" w:rsidRDefault="00000000">
            <w:pPr>
              <w:spacing w:after="0"/>
              <w:ind w:left="403"/>
            </w:pPr>
            <w:r>
              <w:rPr>
                <w:i/>
                <w:sz w:val="18"/>
              </w:rPr>
              <w:t>Kasa</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10ECC3B" w14:textId="77777777" w:rsidR="00FF2DC5" w:rsidRDefault="00000000">
            <w:pPr>
              <w:spacing w:after="0"/>
              <w:jc w:val="right"/>
            </w:pPr>
            <w:r>
              <w:rPr>
                <w:sz w:val="18"/>
              </w:rPr>
              <w:t>250.052,22</w:t>
            </w:r>
          </w:p>
        </w:tc>
      </w:tr>
      <w:tr w:rsidR="00FF2DC5" w14:paraId="1523049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D2E627C" w14:textId="77777777" w:rsidR="00FF2DC5" w:rsidRDefault="00000000">
            <w:pPr>
              <w:spacing w:after="0"/>
              <w:ind w:left="403"/>
            </w:pPr>
            <w:r>
              <w:rPr>
                <w:i/>
                <w:sz w:val="18"/>
              </w:rPr>
              <w:t>Bankalar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7850525" w14:textId="77777777" w:rsidR="00FF2DC5" w:rsidRDefault="00000000">
            <w:pPr>
              <w:spacing w:after="0"/>
              <w:jc w:val="right"/>
            </w:pPr>
            <w:r>
              <w:rPr>
                <w:sz w:val="18"/>
              </w:rPr>
              <w:t>30.601,70</w:t>
            </w:r>
          </w:p>
        </w:tc>
      </w:tr>
      <w:tr w:rsidR="00FF2DC5" w14:paraId="54F9D4B9"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B746F91" w14:textId="77777777" w:rsidR="00FF2DC5" w:rsidRDefault="00000000">
            <w:pPr>
              <w:spacing w:after="0"/>
              <w:ind w:left="202"/>
            </w:pPr>
            <w:r>
              <w:rPr>
                <w:sz w:val="18"/>
              </w:rPr>
              <w:t>G. Gelecek Aylara Ait Giderler ve Gelir Tahakkukları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CE915E5" w14:textId="77777777" w:rsidR="00FF2DC5" w:rsidRDefault="00000000">
            <w:pPr>
              <w:spacing w:after="0"/>
              <w:jc w:val="right"/>
            </w:pPr>
            <w:r>
              <w:rPr>
                <w:sz w:val="18"/>
              </w:rPr>
              <w:t>83.486,44</w:t>
            </w:r>
          </w:p>
        </w:tc>
      </w:tr>
      <w:tr w:rsidR="00FF2DC5" w14:paraId="2FA0CF47"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F629194" w14:textId="77777777" w:rsidR="00FF2DC5" w:rsidRDefault="00000000">
            <w:pPr>
              <w:spacing w:after="0"/>
              <w:ind w:left="403"/>
            </w:pPr>
            <w:r>
              <w:rPr>
                <w:i/>
                <w:sz w:val="18"/>
              </w:rPr>
              <w:t>Gelecek Aylara Ait Giderler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377A279" w14:textId="77777777" w:rsidR="00FF2DC5" w:rsidRDefault="00000000">
            <w:pPr>
              <w:spacing w:after="0"/>
              <w:jc w:val="right"/>
            </w:pPr>
            <w:r>
              <w:rPr>
                <w:sz w:val="18"/>
              </w:rPr>
              <w:t>83.486,44</w:t>
            </w:r>
          </w:p>
        </w:tc>
      </w:tr>
      <w:tr w:rsidR="00FF2DC5" w14:paraId="138D86F2"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73CB008" w14:textId="77777777" w:rsidR="00FF2DC5" w:rsidRDefault="00000000">
            <w:pPr>
              <w:spacing w:after="0"/>
              <w:ind w:left="202"/>
            </w:pPr>
            <w:r>
              <w:rPr>
                <w:sz w:val="18"/>
              </w:rPr>
              <w:t>H. Diğer Dönen Varlıklar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E3A098E" w14:textId="77777777" w:rsidR="00FF2DC5" w:rsidRDefault="00000000">
            <w:pPr>
              <w:spacing w:after="0"/>
              <w:jc w:val="right"/>
            </w:pPr>
            <w:r>
              <w:rPr>
                <w:sz w:val="18"/>
              </w:rPr>
              <w:t>292.175,96</w:t>
            </w:r>
          </w:p>
        </w:tc>
      </w:tr>
      <w:tr w:rsidR="00FF2DC5" w14:paraId="3D72C59F"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77EBD38" w14:textId="77777777" w:rsidR="00FF2DC5" w:rsidRDefault="00000000">
            <w:pPr>
              <w:spacing w:after="0"/>
              <w:ind w:left="403"/>
            </w:pPr>
            <w:r>
              <w:rPr>
                <w:i/>
                <w:sz w:val="18"/>
              </w:rPr>
              <w:t>İş Avansları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42DD5E1" w14:textId="77777777" w:rsidR="00FF2DC5" w:rsidRDefault="00000000">
            <w:pPr>
              <w:spacing w:after="0"/>
              <w:jc w:val="right"/>
            </w:pPr>
            <w:r>
              <w:rPr>
                <w:sz w:val="18"/>
              </w:rPr>
              <w:t>292.175,96</w:t>
            </w:r>
          </w:p>
        </w:tc>
      </w:tr>
      <w:tr w:rsidR="00FF2DC5" w14:paraId="7C0F9EE7"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77143708" w14:textId="77777777" w:rsidR="00FF2DC5" w:rsidRDefault="00000000">
            <w:pPr>
              <w:spacing w:after="0"/>
            </w:pPr>
            <w:r>
              <w:rPr>
                <w:b/>
                <w:color w:val="082B46"/>
                <w:sz w:val="18"/>
              </w:rPr>
              <w:t>II. DURAN VARLIKLAR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5D9018AD" w14:textId="77777777" w:rsidR="00FF2DC5" w:rsidRDefault="00000000">
            <w:pPr>
              <w:spacing w:after="0"/>
              <w:jc w:val="right"/>
            </w:pPr>
            <w:r>
              <w:rPr>
                <w:b/>
                <w:color w:val="082B46"/>
                <w:sz w:val="18"/>
              </w:rPr>
              <w:t>31.387,83</w:t>
            </w:r>
          </w:p>
        </w:tc>
      </w:tr>
      <w:tr w:rsidR="00FF2DC5" w14:paraId="12B2EC4E"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E4FFFFF" w14:textId="77777777" w:rsidR="00FF2DC5" w:rsidRDefault="00000000">
            <w:pPr>
              <w:spacing w:after="0"/>
              <w:ind w:left="202"/>
            </w:pPr>
            <w:r>
              <w:rPr>
                <w:sz w:val="18"/>
              </w:rPr>
              <w:t>D. Maddi Duran Varlıklar (Net)</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E1CD20C" w14:textId="77777777" w:rsidR="00FF2DC5" w:rsidRDefault="00000000">
            <w:pPr>
              <w:spacing w:after="0"/>
              <w:jc w:val="right"/>
            </w:pPr>
            <w:r>
              <w:rPr>
                <w:sz w:val="18"/>
              </w:rPr>
              <w:t>20.202,17</w:t>
            </w:r>
          </w:p>
        </w:tc>
      </w:tr>
      <w:tr w:rsidR="00FF2DC5" w14:paraId="31DC7A2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5202CEC" w14:textId="77777777" w:rsidR="00FF2DC5" w:rsidRDefault="00000000">
            <w:pPr>
              <w:spacing w:after="0"/>
              <w:ind w:left="403"/>
            </w:pPr>
            <w:r>
              <w:rPr>
                <w:i/>
                <w:sz w:val="18"/>
              </w:rPr>
              <w:t>Demirbaşlar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E68499A" w14:textId="77777777" w:rsidR="00FF2DC5" w:rsidRDefault="00000000">
            <w:pPr>
              <w:spacing w:after="0"/>
              <w:jc w:val="right"/>
            </w:pPr>
            <w:r>
              <w:rPr>
                <w:sz w:val="18"/>
              </w:rPr>
              <w:t>42.415,42</w:t>
            </w:r>
          </w:p>
        </w:tc>
      </w:tr>
      <w:tr w:rsidR="00FF2DC5" w14:paraId="42509F4A"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2460E17" w14:textId="77777777" w:rsidR="00FF2DC5" w:rsidRDefault="00000000">
            <w:pPr>
              <w:spacing w:after="0"/>
              <w:ind w:left="403"/>
            </w:pPr>
            <w:r>
              <w:rPr>
                <w:i/>
                <w:sz w:val="18"/>
              </w:rPr>
              <w:t>Birikmiş Amortismanlar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4977ADA" w14:textId="77777777" w:rsidR="00FF2DC5" w:rsidRDefault="00000000">
            <w:pPr>
              <w:spacing w:after="0"/>
              <w:jc w:val="right"/>
            </w:pPr>
            <w:r>
              <w:rPr>
                <w:sz w:val="18"/>
              </w:rPr>
              <w:t>22.213,25</w:t>
            </w:r>
          </w:p>
        </w:tc>
      </w:tr>
      <w:tr w:rsidR="00FF2DC5" w14:paraId="5C625FE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9FBA629" w14:textId="77777777" w:rsidR="00FF2DC5" w:rsidRDefault="00000000">
            <w:pPr>
              <w:spacing w:after="0"/>
              <w:ind w:left="202"/>
            </w:pPr>
            <w:r>
              <w:rPr>
                <w:sz w:val="18"/>
              </w:rPr>
              <w:t>E. Maddi Olmayan Duran Varlıklar (Net)</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622494A" w14:textId="77777777" w:rsidR="00FF2DC5" w:rsidRDefault="00000000">
            <w:pPr>
              <w:spacing w:after="0"/>
              <w:jc w:val="right"/>
            </w:pPr>
            <w:r>
              <w:rPr>
                <w:sz w:val="18"/>
              </w:rPr>
              <w:t>11.185,66</w:t>
            </w:r>
          </w:p>
        </w:tc>
      </w:tr>
      <w:tr w:rsidR="00FF2DC5" w14:paraId="03CDE536"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5069183" w14:textId="77777777" w:rsidR="00FF2DC5" w:rsidRDefault="00000000">
            <w:pPr>
              <w:spacing w:after="0"/>
              <w:ind w:left="403"/>
            </w:pPr>
            <w:r>
              <w:rPr>
                <w:i/>
                <w:sz w:val="18"/>
              </w:rPr>
              <w:t>Haklar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80931F2" w14:textId="77777777" w:rsidR="00FF2DC5" w:rsidRDefault="00000000">
            <w:pPr>
              <w:spacing w:after="0"/>
              <w:jc w:val="right"/>
            </w:pPr>
            <w:r>
              <w:rPr>
                <w:sz w:val="18"/>
              </w:rPr>
              <w:t>8.091,50</w:t>
            </w:r>
          </w:p>
        </w:tc>
      </w:tr>
      <w:tr w:rsidR="00FF2DC5" w14:paraId="5D9D6A5D"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CDF095C" w14:textId="77777777" w:rsidR="00FF2DC5" w:rsidRDefault="00000000">
            <w:pPr>
              <w:spacing w:after="0"/>
              <w:ind w:left="403"/>
            </w:pPr>
            <w:r>
              <w:rPr>
                <w:i/>
                <w:sz w:val="18"/>
              </w:rPr>
              <w:t>Özel Maliyetler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376BF80" w14:textId="77777777" w:rsidR="00FF2DC5" w:rsidRDefault="00000000">
            <w:pPr>
              <w:spacing w:after="0"/>
              <w:jc w:val="right"/>
            </w:pPr>
            <w:r>
              <w:rPr>
                <w:sz w:val="18"/>
              </w:rPr>
              <w:t>18.152,01</w:t>
            </w:r>
          </w:p>
        </w:tc>
      </w:tr>
      <w:tr w:rsidR="00FF2DC5" w14:paraId="07F139A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B065BF5" w14:textId="77777777" w:rsidR="00FF2DC5" w:rsidRDefault="00000000">
            <w:pPr>
              <w:spacing w:after="0"/>
              <w:ind w:left="403"/>
            </w:pPr>
            <w:r>
              <w:rPr>
                <w:i/>
                <w:sz w:val="18"/>
              </w:rPr>
              <w:t>Birikmiş Amortismanlar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E02AE9B" w14:textId="77777777" w:rsidR="00FF2DC5" w:rsidRDefault="00000000">
            <w:pPr>
              <w:spacing w:after="0"/>
              <w:jc w:val="right"/>
            </w:pPr>
            <w:r>
              <w:rPr>
                <w:sz w:val="18"/>
              </w:rPr>
              <w:t>15.057,85</w:t>
            </w:r>
          </w:p>
        </w:tc>
      </w:tr>
      <w:tr w:rsidR="00FF2DC5" w14:paraId="0F8E71BD"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4C3E01EE" w14:textId="77777777" w:rsidR="00FF2DC5" w:rsidRDefault="00000000">
            <w:pPr>
              <w:spacing w:after="0"/>
            </w:pPr>
            <w:r>
              <w:rPr>
                <w:b/>
                <w:color w:val="082B46"/>
                <w:sz w:val="18"/>
              </w:rPr>
              <w:t>AKTİF TOPLAMI</w:t>
            </w:r>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01DCD2C5" w14:textId="77777777" w:rsidR="00FF2DC5" w:rsidRDefault="00000000">
            <w:pPr>
              <w:spacing w:after="0"/>
              <w:jc w:val="right"/>
            </w:pPr>
            <w:r>
              <w:rPr>
                <w:b/>
                <w:color w:val="082B46"/>
                <w:sz w:val="18"/>
              </w:rPr>
              <w:t>687.704,15</w:t>
            </w:r>
          </w:p>
        </w:tc>
      </w:tr>
    </w:tbl>
    <w:p w14:paraId="66AE0C8B" w14:textId="77777777" w:rsidR="00FF2DC5" w:rsidRDefault="00000000">
      <w:pPr>
        <w:spacing w:before="80" w:after="140"/>
      </w:pPr>
      <w:r>
        <w:rPr>
          <w:i/>
          <w:color w:val="666666"/>
          <w:sz w:val="17"/>
        </w:rPr>
        <w:t>Kaynak: 2024 Yılı Genel Kurul evrakındaki 2023 Bilançosu.</w:t>
      </w:r>
    </w:p>
    <w:p w14:paraId="3E2419C5" w14:textId="77777777" w:rsidR="00FF2DC5" w:rsidRDefault="00000000">
      <w:r>
        <w:br w:type="page"/>
      </w:r>
    </w:p>
    <w:tbl>
      <w:tblPr>
        <w:tblW w:w="9604" w:type="dxa"/>
        <w:tblLayout w:type="fixed"/>
        <w:tblLook w:val="04A0" w:firstRow="1" w:lastRow="0" w:firstColumn="1" w:lastColumn="0" w:noHBand="0" w:noVBand="1"/>
      </w:tblPr>
      <w:tblGrid>
        <w:gridCol w:w="9604"/>
      </w:tblGrid>
      <w:tr w:rsidR="00FF2DC5" w14:paraId="5C955DDF"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09FD7C47" w14:textId="77777777" w:rsidR="00FF2DC5" w:rsidRDefault="00000000">
            <w:pPr>
              <w:spacing w:after="0"/>
            </w:pPr>
            <w:r>
              <w:rPr>
                <w:b/>
                <w:color w:val="082B46"/>
                <w:sz w:val="27"/>
              </w:rPr>
              <w:lastRenderedPageBreak/>
              <w:t>6.2 PASİF (KAYNAKLAR)</w:t>
            </w:r>
          </w:p>
        </w:tc>
      </w:tr>
    </w:tbl>
    <w:p w14:paraId="693F290C" w14:textId="77777777" w:rsidR="00FF2DC5" w:rsidRDefault="00FF2DC5">
      <w:pPr>
        <w:spacing w:after="40"/>
      </w:pPr>
    </w:p>
    <w:tbl>
      <w:tblPr>
        <w:tblW w:w="9604" w:type="dxa"/>
        <w:tblLayout w:type="fixed"/>
        <w:tblLook w:val="04A0" w:firstRow="1" w:lastRow="0" w:firstColumn="1" w:lastColumn="0" w:noHBand="0" w:noVBand="1"/>
      </w:tblPr>
      <w:tblGrid>
        <w:gridCol w:w="6840"/>
        <w:gridCol w:w="2764"/>
      </w:tblGrid>
      <w:tr w:rsidR="00FF2DC5" w14:paraId="771E8A76" w14:textId="77777777">
        <w:trPr>
          <w:tblHeader/>
        </w:trPr>
        <w:tc>
          <w:tcPr>
            <w:tcW w:w="6840"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3716A6EC" w14:textId="77777777" w:rsidR="00FF2DC5" w:rsidRDefault="00000000">
            <w:pPr>
              <w:spacing w:after="0"/>
            </w:pPr>
            <w:r>
              <w:rPr>
                <w:b/>
                <w:color w:val="FFFFFF"/>
                <w:sz w:val="19"/>
              </w:rPr>
              <w:t>KAYNAK KALEMLERİ</w:t>
            </w:r>
          </w:p>
        </w:tc>
        <w:tc>
          <w:tcPr>
            <w:tcW w:w="2764" w:type="dxa"/>
            <w:tcBorders>
              <w:top w:val="single" w:sz="5" w:space="0" w:color="082B46"/>
              <w:left w:val="single" w:sz="5" w:space="0" w:color="082B46"/>
              <w:bottom w:val="single" w:sz="5" w:space="0" w:color="082B46"/>
              <w:right w:val="single" w:sz="5" w:space="0" w:color="082B46"/>
            </w:tcBorders>
            <w:shd w:val="clear" w:color="auto" w:fill="082B46"/>
            <w:tcMar>
              <w:top w:w="90" w:type="dxa"/>
              <w:left w:w="120" w:type="dxa"/>
              <w:bottom w:w="90" w:type="dxa"/>
              <w:right w:w="120" w:type="dxa"/>
            </w:tcMar>
          </w:tcPr>
          <w:p w14:paraId="7B0E8558" w14:textId="77777777" w:rsidR="00FF2DC5" w:rsidRDefault="00000000">
            <w:pPr>
              <w:spacing w:after="0"/>
              <w:jc w:val="right"/>
            </w:pPr>
            <w:r>
              <w:rPr>
                <w:b/>
                <w:color w:val="FFFFFF"/>
                <w:sz w:val="19"/>
              </w:rPr>
              <w:t>TUTAR (TL)</w:t>
            </w:r>
          </w:p>
        </w:tc>
      </w:tr>
      <w:tr w:rsidR="00FF2DC5" w14:paraId="0D34445E"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69B2B6B1" w14:textId="77777777" w:rsidR="00FF2DC5" w:rsidRDefault="00000000">
            <w:pPr>
              <w:spacing w:after="0"/>
            </w:pPr>
            <w:r>
              <w:rPr>
                <w:b/>
                <w:color w:val="082B46"/>
                <w:sz w:val="18"/>
              </w:rPr>
              <w:t>III. KISA VADELİ YABANCI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08179ED0" w14:textId="77777777" w:rsidR="00FF2DC5" w:rsidRDefault="00000000">
            <w:pPr>
              <w:spacing w:after="0"/>
              <w:jc w:val="right"/>
            </w:pPr>
            <w:r>
              <w:rPr>
                <w:b/>
                <w:color w:val="082B46"/>
                <w:sz w:val="18"/>
              </w:rPr>
              <w:t>1.016.303,96</w:t>
            </w:r>
          </w:p>
        </w:tc>
      </w:tr>
      <w:tr w:rsidR="00FF2DC5" w14:paraId="2FB192F9"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92F8378" w14:textId="77777777" w:rsidR="00FF2DC5" w:rsidRDefault="00000000">
            <w:pPr>
              <w:spacing w:after="0"/>
              <w:ind w:left="202"/>
            </w:pPr>
            <w:r>
              <w:rPr>
                <w:sz w:val="18"/>
              </w:rPr>
              <w:t>C. Diğer Borçlar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ED36AB6" w14:textId="77777777" w:rsidR="00FF2DC5" w:rsidRDefault="00000000">
            <w:pPr>
              <w:spacing w:after="0"/>
              <w:jc w:val="right"/>
            </w:pPr>
            <w:r>
              <w:rPr>
                <w:sz w:val="18"/>
              </w:rPr>
              <w:t>183.251,97</w:t>
            </w:r>
          </w:p>
        </w:tc>
      </w:tr>
      <w:tr w:rsidR="00FF2DC5" w14:paraId="707D24D4"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A601F8A" w14:textId="77777777" w:rsidR="00FF2DC5" w:rsidRDefault="00000000">
            <w:pPr>
              <w:spacing w:after="0"/>
              <w:ind w:left="403"/>
            </w:pPr>
            <w:r>
              <w:rPr>
                <w:i/>
                <w:sz w:val="18"/>
              </w:rPr>
              <w:t>Diğer Çeşitli Borçlar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4A6DD1A" w14:textId="77777777" w:rsidR="00FF2DC5" w:rsidRDefault="00000000">
            <w:pPr>
              <w:spacing w:after="0"/>
              <w:jc w:val="right"/>
            </w:pPr>
            <w:r>
              <w:rPr>
                <w:sz w:val="18"/>
              </w:rPr>
              <w:t>183.251,97</w:t>
            </w:r>
          </w:p>
        </w:tc>
      </w:tr>
      <w:tr w:rsidR="00FF2DC5" w14:paraId="5FD8AA26"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BFAD8EC" w14:textId="77777777" w:rsidR="00FF2DC5" w:rsidRDefault="00000000">
            <w:pPr>
              <w:spacing w:after="0"/>
              <w:ind w:left="202"/>
            </w:pPr>
            <w:r>
              <w:rPr>
                <w:sz w:val="18"/>
              </w:rPr>
              <w:t>D. Alınan Avanslar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1608B9C" w14:textId="77777777" w:rsidR="00FF2DC5" w:rsidRDefault="00000000">
            <w:pPr>
              <w:spacing w:after="0"/>
              <w:jc w:val="right"/>
            </w:pPr>
            <w:r>
              <w:rPr>
                <w:sz w:val="18"/>
              </w:rPr>
              <w:t>273.082,37</w:t>
            </w:r>
          </w:p>
        </w:tc>
      </w:tr>
      <w:tr w:rsidR="00FF2DC5" w14:paraId="6D33F997"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60462C7" w14:textId="77777777" w:rsidR="00FF2DC5" w:rsidRDefault="00000000">
            <w:pPr>
              <w:spacing w:after="0"/>
              <w:ind w:left="403"/>
            </w:pPr>
            <w:r>
              <w:rPr>
                <w:i/>
                <w:sz w:val="18"/>
              </w:rPr>
              <w:t>Alınan Sipariş Avansları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414E2025" w14:textId="77777777" w:rsidR="00FF2DC5" w:rsidRDefault="00000000">
            <w:pPr>
              <w:spacing w:after="0"/>
              <w:jc w:val="right"/>
            </w:pPr>
            <w:r>
              <w:rPr>
                <w:sz w:val="18"/>
              </w:rPr>
              <w:t>273.082,37</w:t>
            </w:r>
          </w:p>
        </w:tc>
      </w:tr>
      <w:tr w:rsidR="00FF2DC5" w14:paraId="542E7631"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DFB0100" w14:textId="77777777" w:rsidR="00FF2DC5" w:rsidRDefault="00000000">
            <w:pPr>
              <w:spacing w:after="0"/>
              <w:ind w:left="202"/>
            </w:pPr>
            <w:r>
              <w:rPr>
                <w:sz w:val="18"/>
              </w:rPr>
              <w:t>F. Ödenecek Vergi ve Diğer Yükümlülükler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2162539D" w14:textId="77777777" w:rsidR="00FF2DC5" w:rsidRDefault="00000000">
            <w:pPr>
              <w:spacing w:after="0"/>
              <w:jc w:val="right"/>
            </w:pPr>
            <w:r>
              <w:rPr>
                <w:sz w:val="18"/>
              </w:rPr>
              <w:t>476.483,18</w:t>
            </w:r>
          </w:p>
        </w:tc>
      </w:tr>
      <w:tr w:rsidR="00FF2DC5" w14:paraId="4882F31F"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15790C92" w14:textId="77777777" w:rsidR="00FF2DC5" w:rsidRDefault="00000000">
            <w:pPr>
              <w:spacing w:after="0"/>
              <w:ind w:left="403"/>
            </w:pPr>
            <w:r>
              <w:rPr>
                <w:i/>
                <w:sz w:val="18"/>
              </w:rPr>
              <w:t>Vadesi Geçmiş Ertelenmiş veya Taksitlendirilmiş Vergi ve Diğer Yükümlülükler</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FE3FD8D" w14:textId="77777777" w:rsidR="00FF2DC5" w:rsidRDefault="00000000">
            <w:pPr>
              <w:spacing w:after="0"/>
              <w:jc w:val="right"/>
            </w:pPr>
            <w:r>
              <w:rPr>
                <w:sz w:val="18"/>
              </w:rPr>
              <w:t>476.483,18</w:t>
            </w:r>
          </w:p>
        </w:tc>
      </w:tr>
      <w:tr w:rsidR="00FF2DC5" w14:paraId="530328A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2B5D17D" w14:textId="77777777" w:rsidR="00FF2DC5" w:rsidRDefault="00000000">
            <w:pPr>
              <w:spacing w:after="0"/>
              <w:ind w:left="202"/>
            </w:pPr>
            <w:r>
              <w:rPr>
                <w:sz w:val="18"/>
              </w:rPr>
              <w:t>H. Gelecek Aylara Ait Gelirler ve Gider Tahakkukları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74329175" w14:textId="77777777" w:rsidR="00FF2DC5" w:rsidRDefault="00000000">
            <w:pPr>
              <w:spacing w:after="0"/>
              <w:jc w:val="right"/>
            </w:pPr>
            <w:r>
              <w:rPr>
                <w:sz w:val="18"/>
              </w:rPr>
              <w:t>83.486,44</w:t>
            </w:r>
          </w:p>
        </w:tc>
      </w:tr>
      <w:tr w:rsidR="00FF2DC5" w14:paraId="67C996BE"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B3C0901" w14:textId="77777777" w:rsidR="00FF2DC5" w:rsidRDefault="00000000">
            <w:pPr>
              <w:spacing w:after="0"/>
              <w:ind w:left="403"/>
            </w:pPr>
            <w:r>
              <w:rPr>
                <w:i/>
                <w:sz w:val="18"/>
              </w:rPr>
              <w:t>Gider Tahakkukları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9323FE3" w14:textId="77777777" w:rsidR="00FF2DC5" w:rsidRDefault="00000000">
            <w:pPr>
              <w:spacing w:after="0"/>
              <w:jc w:val="right"/>
            </w:pPr>
            <w:r>
              <w:rPr>
                <w:sz w:val="18"/>
              </w:rPr>
              <w:t>83.486,44</w:t>
            </w:r>
          </w:p>
        </w:tc>
      </w:tr>
      <w:tr w:rsidR="00FF2DC5" w14:paraId="261AFEF4"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3BA8E877" w14:textId="77777777" w:rsidR="00FF2DC5" w:rsidRDefault="00000000">
            <w:pPr>
              <w:spacing w:after="0"/>
            </w:pPr>
            <w:r>
              <w:rPr>
                <w:b/>
                <w:color w:val="082B46"/>
                <w:sz w:val="18"/>
              </w:rPr>
              <w:t>IV. UZUN VADELİ YABANCI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59EAF738" w14:textId="77777777" w:rsidR="00FF2DC5" w:rsidRDefault="00000000">
            <w:pPr>
              <w:spacing w:after="0"/>
              <w:jc w:val="right"/>
            </w:pPr>
            <w:r>
              <w:rPr>
                <w:b/>
                <w:color w:val="082B46"/>
                <w:sz w:val="18"/>
              </w:rPr>
              <w:t>0,00</w:t>
            </w:r>
          </w:p>
        </w:tc>
      </w:tr>
      <w:tr w:rsidR="00FF2DC5" w14:paraId="3B11F148" w14:textId="77777777">
        <w:tc>
          <w:tcPr>
            <w:tcW w:w="6840"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74B3A7C9" w14:textId="77777777" w:rsidR="00FF2DC5" w:rsidRDefault="00000000">
            <w:pPr>
              <w:spacing w:after="0"/>
            </w:pPr>
            <w:r>
              <w:rPr>
                <w:b/>
                <w:color w:val="082B46"/>
                <w:sz w:val="18"/>
              </w:rPr>
              <w:t>V. ÖZ KAYNAKLAR</w:t>
            </w:r>
          </w:p>
        </w:tc>
        <w:tc>
          <w:tcPr>
            <w:tcW w:w="2764" w:type="dxa"/>
            <w:tcBorders>
              <w:top w:val="single" w:sz="5" w:space="0" w:color="D8D8D8"/>
              <w:left w:val="single" w:sz="5" w:space="0" w:color="D8D8D8"/>
              <w:bottom w:val="single" w:sz="5" w:space="0" w:color="D8D8D8"/>
              <w:right w:val="single" w:sz="5" w:space="0" w:color="D8D8D8"/>
            </w:tcBorders>
            <w:shd w:val="clear" w:color="auto" w:fill="F5EFD9"/>
            <w:tcMar>
              <w:top w:w="70" w:type="dxa"/>
              <w:left w:w="120" w:type="dxa"/>
              <w:bottom w:w="70" w:type="dxa"/>
              <w:right w:w="120" w:type="dxa"/>
            </w:tcMar>
            <w:vAlign w:val="center"/>
          </w:tcPr>
          <w:p w14:paraId="2B38BF5C" w14:textId="77777777" w:rsidR="00FF2DC5" w:rsidRDefault="00000000">
            <w:pPr>
              <w:spacing w:after="0"/>
              <w:jc w:val="right"/>
            </w:pPr>
            <w:r>
              <w:rPr>
                <w:b/>
                <w:color w:val="082B46"/>
                <w:sz w:val="18"/>
              </w:rPr>
              <w:t>-328.599,81</w:t>
            </w:r>
          </w:p>
        </w:tc>
      </w:tr>
      <w:tr w:rsidR="00BF6260" w14:paraId="442CFA22"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A622E39" w14:textId="007FF01C" w:rsidR="00BF6260" w:rsidRDefault="00BF6260" w:rsidP="00BF6260">
            <w:pPr>
              <w:spacing w:after="0"/>
              <w:ind w:left="202"/>
            </w:pPr>
            <w:r>
              <w:rPr>
                <w:sz w:val="18"/>
              </w:rPr>
              <w:t>A. Ödenmiş Mal Varlığı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3941D17" w14:textId="77777777" w:rsidR="00BF6260" w:rsidRDefault="00BF6260" w:rsidP="00BF6260">
            <w:pPr>
              <w:spacing w:after="0"/>
              <w:jc w:val="right"/>
            </w:pPr>
            <w:r>
              <w:rPr>
                <w:sz w:val="18"/>
              </w:rPr>
              <w:t>5.000,00</w:t>
            </w:r>
          </w:p>
        </w:tc>
      </w:tr>
      <w:tr w:rsidR="00BF6260" w14:paraId="1BC8E98B"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C84D115" w14:textId="5A82D7A2" w:rsidR="00BF6260" w:rsidRDefault="00BF6260" w:rsidP="00BF6260">
            <w:pPr>
              <w:spacing w:after="0"/>
              <w:ind w:left="202"/>
            </w:pPr>
            <w:r>
              <w:rPr>
                <w:sz w:val="18"/>
              </w:rPr>
              <w:t>Geçmiş Yıllar Gelir Fazlalıkları</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5E55C73A" w14:textId="77777777" w:rsidR="00BF6260" w:rsidRDefault="00BF6260" w:rsidP="00BF6260">
            <w:pPr>
              <w:spacing w:after="0"/>
              <w:jc w:val="right"/>
            </w:pPr>
            <w:r>
              <w:rPr>
                <w:sz w:val="18"/>
              </w:rPr>
              <w:t>289.381,87</w:t>
            </w:r>
          </w:p>
        </w:tc>
      </w:tr>
      <w:tr w:rsidR="00BF6260" w14:paraId="635C8646"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05B43B70" w14:textId="0DBCDCC2" w:rsidR="00BF6260" w:rsidRDefault="00BF6260" w:rsidP="00BF6260">
            <w:pPr>
              <w:spacing w:after="0"/>
              <w:ind w:left="202"/>
            </w:pPr>
            <w:r>
              <w:rPr>
                <w:sz w:val="18"/>
              </w:rPr>
              <w:t>Geçmiş Yıllar Gider Fazlalıkları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E58E52B" w14:textId="77777777" w:rsidR="00BF6260" w:rsidRDefault="00BF6260" w:rsidP="00BF6260">
            <w:pPr>
              <w:spacing w:after="0"/>
              <w:jc w:val="right"/>
            </w:pPr>
            <w:r>
              <w:rPr>
                <w:sz w:val="18"/>
              </w:rPr>
              <w:t>346.570,72</w:t>
            </w:r>
          </w:p>
        </w:tc>
      </w:tr>
      <w:tr w:rsidR="00BF6260" w14:paraId="3213B866" w14:textId="77777777">
        <w:tc>
          <w:tcPr>
            <w:tcW w:w="6840"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6F981BBF" w14:textId="0B336E14" w:rsidR="00BF6260" w:rsidRDefault="00BF6260" w:rsidP="00BF6260">
            <w:pPr>
              <w:spacing w:after="0"/>
              <w:ind w:left="202"/>
            </w:pPr>
            <w:r>
              <w:rPr>
                <w:sz w:val="18"/>
              </w:rPr>
              <w:t>Dönem Net Gider Fazlalığ (-)</w:t>
            </w:r>
          </w:p>
        </w:tc>
        <w:tc>
          <w:tcPr>
            <w:tcW w:w="2764" w:type="dxa"/>
            <w:tcBorders>
              <w:top w:val="single" w:sz="5" w:space="0" w:color="D8D8D8"/>
              <w:left w:val="single" w:sz="5" w:space="0" w:color="D8D8D8"/>
              <w:bottom w:val="single" w:sz="5" w:space="0" w:color="D8D8D8"/>
              <w:right w:val="single" w:sz="5" w:space="0" w:color="D8D8D8"/>
            </w:tcBorders>
            <w:shd w:val="clear" w:color="auto" w:fill="FFFFFF"/>
            <w:tcMar>
              <w:top w:w="70" w:type="dxa"/>
              <w:left w:w="120" w:type="dxa"/>
              <w:bottom w:w="70" w:type="dxa"/>
              <w:right w:w="120" w:type="dxa"/>
            </w:tcMar>
            <w:vAlign w:val="center"/>
          </w:tcPr>
          <w:p w14:paraId="396D52F1" w14:textId="77777777" w:rsidR="00BF6260" w:rsidRDefault="00BF6260" w:rsidP="00BF6260">
            <w:pPr>
              <w:spacing w:after="0"/>
              <w:jc w:val="right"/>
            </w:pPr>
            <w:r>
              <w:rPr>
                <w:sz w:val="18"/>
              </w:rPr>
              <w:t>276.410,96</w:t>
            </w:r>
          </w:p>
        </w:tc>
      </w:tr>
      <w:tr w:rsidR="00FF2DC5" w14:paraId="494C8A39" w14:textId="77777777">
        <w:tc>
          <w:tcPr>
            <w:tcW w:w="6840"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3995FA85" w14:textId="77777777" w:rsidR="00FF2DC5" w:rsidRDefault="00000000">
            <w:pPr>
              <w:spacing w:after="0"/>
            </w:pPr>
            <w:r>
              <w:rPr>
                <w:b/>
                <w:color w:val="082B46"/>
                <w:sz w:val="18"/>
              </w:rPr>
              <w:t>PASİF TOPLAMI</w:t>
            </w:r>
          </w:p>
        </w:tc>
        <w:tc>
          <w:tcPr>
            <w:tcW w:w="2764" w:type="dxa"/>
            <w:tcBorders>
              <w:top w:val="single" w:sz="5" w:space="0" w:color="D8D8D8"/>
              <w:left w:val="single" w:sz="5" w:space="0" w:color="D8D8D8"/>
              <w:bottom w:val="single" w:sz="5" w:space="0" w:color="D8D8D8"/>
              <w:right w:val="single" w:sz="5" w:space="0" w:color="D8D8D8"/>
            </w:tcBorders>
            <w:shd w:val="clear" w:color="auto" w:fill="CDAA45"/>
            <w:tcMar>
              <w:top w:w="70" w:type="dxa"/>
              <w:left w:w="120" w:type="dxa"/>
              <w:bottom w:w="70" w:type="dxa"/>
              <w:right w:w="120" w:type="dxa"/>
            </w:tcMar>
            <w:vAlign w:val="center"/>
          </w:tcPr>
          <w:p w14:paraId="49B89582" w14:textId="77777777" w:rsidR="00FF2DC5" w:rsidRDefault="00000000">
            <w:pPr>
              <w:spacing w:after="0"/>
              <w:jc w:val="right"/>
            </w:pPr>
            <w:r>
              <w:rPr>
                <w:b/>
                <w:color w:val="082B46"/>
                <w:sz w:val="18"/>
              </w:rPr>
              <w:t>687.704,15</w:t>
            </w:r>
          </w:p>
        </w:tc>
      </w:tr>
    </w:tbl>
    <w:p w14:paraId="185F7910" w14:textId="77777777" w:rsidR="00FF2DC5" w:rsidRDefault="00000000">
      <w:pPr>
        <w:spacing w:before="80" w:after="140"/>
      </w:pPr>
      <w:r>
        <w:rPr>
          <w:i/>
          <w:color w:val="666666"/>
          <w:sz w:val="17"/>
        </w:rPr>
        <w:t>Kaynak: 2024 Yılı Genel Kurul evrakındaki 2023 Bilançosu.</w:t>
      </w:r>
    </w:p>
    <w:tbl>
      <w:tblPr>
        <w:tblW w:w="9604" w:type="dxa"/>
        <w:tblLayout w:type="fixed"/>
        <w:tblLook w:val="04A0" w:firstRow="1" w:lastRow="0" w:firstColumn="1" w:lastColumn="0" w:noHBand="0" w:noVBand="1"/>
      </w:tblPr>
      <w:tblGrid>
        <w:gridCol w:w="9604"/>
      </w:tblGrid>
      <w:tr w:rsidR="00FF2DC5" w14:paraId="141C187B" w14:textId="77777777">
        <w:tc>
          <w:tcPr>
            <w:tcW w:w="9604" w:type="dxa"/>
            <w:tcBorders>
              <w:top w:val="nil"/>
              <w:left w:val="nil"/>
              <w:bottom w:val="nil"/>
              <w:right w:val="nil"/>
            </w:tcBorders>
            <w:shd w:val="clear" w:color="auto" w:fill="CDAA45"/>
            <w:tcMar>
              <w:top w:w="115" w:type="dxa"/>
              <w:left w:w="160" w:type="dxa"/>
              <w:bottom w:w="115" w:type="dxa"/>
              <w:right w:w="160" w:type="dxa"/>
            </w:tcMar>
          </w:tcPr>
          <w:p w14:paraId="21B411D0" w14:textId="77777777" w:rsidR="00FF2DC5" w:rsidRDefault="00000000">
            <w:pPr>
              <w:spacing w:after="0"/>
            </w:pPr>
            <w:r>
              <w:rPr>
                <w:b/>
                <w:color w:val="082B46"/>
                <w:sz w:val="27"/>
              </w:rPr>
              <w:t>7. MALİ TABLOLARA İLİŞKİN AÇIKLAMALAR</w:t>
            </w:r>
          </w:p>
        </w:tc>
      </w:tr>
    </w:tbl>
    <w:p w14:paraId="14E3D7D7" w14:textId="77777777" w:rsidR="00FF2DC5" w:rsidRDefault="00FF2DC5">
      <w:pPr>
        <w:spacing w:after="40"/>
      </w:pPr>
    </w:p>
    <w:p w14:paraId="03DC0C94" w14:textId="77777777" w:rsidR="00FF2DC5" w:rsidRDefault="00000000">
      <w:pPr>
        <w:pStyle w:val="Balk2"/>
      </w:pPr>
      <w:r>
        <w:rPr>
          <w:rFonts w:ascii="Calibri" w:hAnsi="Calibri"/>
        </w:rPr>
        <w:t>7.1 Bilanço dengesi</w:t>
      </w:r>
    </w:p>
    <w:p w14:paraId="2BDB4975" w14:textId="77777777" w:rsidR="00FF2DC5" w:rsidRDefault="00000000">
      <w:r>
        <w:t>31 Aralık 2023 itibarıyla aktif toplamı ve pasif toplamı 687.704,15 TL'dir. Bilanço bu tutar üzerinden dengededir.</w:t>
      </w:r>
    </w:p>
    <w:p w14:paraId="169DD01E" w14:textId="77777777" w:rsidR="00FF2DC5" w:rsidRDefault="00000000">
      <w:pPr>
        <w:pStyle w:val="Balk2"/>
      </w:pPr>
      <w:r>
        <w:rPr>
          <w:rFonts w:ascii="Calibri" w:hAnsi="Calibri"/>
        </w:rPr>
        <w:t>7.2 Varlıkların dağılımı</w:t>
      </w:r>
    </w:p>
    <w:p w14:paraId="3F45D4BB" w14:textId="77777777" w:rsidR="00FF2DC5" w:rsidRDefault="00000000">
      <w:r>
        <w:t>Toplam varlıkların 656.316,32 TL'si dönen varlıklardan, 31.387,83 TL'si duran varlıklardan oluşmaktadır.</w:t>
      </w:r>
    </w:p>
    <w:p w14:paraId="74FEEEDC" w14:textId="77777777" w:rsidR="00FF2DC5" w:rsidRDefault="00000000">
      <w:pPr>
        <w:pStyle w:val="Balk2"/>
      </w:pPr>
      <w:r>
        <w:rPr>
          <w:rFonts w:ascii="Calibri" w:hAnsi="Calibri"/>
        </w:rPr>
        <w:t>7.3 Kaynak yapısı</w:t>
      </w:r>
    </w:p>
    <w:p w14:paraId="731E6175" w14:textId="77777777" w:rsidR="00FF2DC5" w:rsidRDefault="00000000">
      <w:r>
        <w:t>Kısa vadeli yabancı kaynaklar 1.016.303,96 TL, öz kaynaklar ise -328.599,81 TL'dir. Uzun vadeli yabancı kaynak bakiyesi bulunmamaktadır.</w:t>
      </w:r>
    </w:p>
    <w:p w14:paraId="6F8DC94D" w14:textId="77777777" w:rsidR="00FF2DC5" w:rsidRDefault="00000000">
      <w:pPr>
        <w:pStyle w:val="Balk2"/>
        <w:keepNext w:val="0"/>
      </w:pPr>
      <w:r>
        <w:rPr>
          <w:rFonts w:ascii="Calibri" w:hAnsi="Calibri"/>
        </w:rPr>
        <w:t>7.4 Dönem sonucu</w:t>
      </w:r>
    </w:p>
    <w:p w14:paraId="2D707C4B" w14:textId="77777777" w:rsidR="00FF2DC5" w:rsidRDefault="00000000">
      <w:r>
        <w:t>2023 hesap dönemi 276.410,96 TL net gider fazlalığı ile sonuçlanmıştır.</w:t>
      </w:r>
    </w:p>
    <w:sectPr w:rsidR="00FF2DC5" w:rsidSect="00034616">
      <w:headerReference w:type="default" r:id="rId9"/>
      <w:footerReference w:type="default" r:id="rId10"/>
      <w:pgSz w:w="11909" w:h="16834"/>
      <w:pgMar w:top="979" w:right="1152" w:bottom="979" w:left="1152"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6AED9" w14:textId="77777777" w:rsidR="004B27F7" w:rsidRDefault="004B27F7">
      <w:pPr>
        <w:spacing w:after="0" w:line="240" w:lineRule="auto"/>
      </w:pPr>
      <w:r>
        <w:separator/>
      </w:r>
    </w:p>
  </w:endnote>
  <w:endnote w:type="continuationSeparator" w:id="0">
    <w:p w14:paraId="49BD7930" w14:textId="77777777" w:rsidR="004B27F7" w:rsidRDefault="004B2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893BD" w14:textId="77777777" w:rsidR="00FF2DC5" w:rsidRDefault="00000000">
    <w:pPr>
      <w:pStyle w:val="AltBilgi"/>
      <w:jc w:val="right"/>
    </w:pPr>
    <w:r>
      <w:rPr>
        <w:color w:val="666666"/>
        <w:sz w:val="18"/>
      </w:rPr>
      <w:t xml:space="preserve">Sayfa </w:t>
    </w:r>
    <w:r>
      <w:fldChar w:fldCharType="begin"/>
    </w:r>
    <w:r>
      <w:instrText>PAGE</w:instrText>
    </w:r>
    <w:r>
      <w:fldChar w:fldCharType="separate"/>
    </w:r>
    <w:r w:rsidR="00BF6260">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0A4301" w14:textId="77777777" w:rsidR="004B27F7" w:rsidRDefault="004B27F7">
      <w:pPr>
        <w:spacing w:after="0" w:line="240" w:lineRule="auto"/>
      </w:pPr>
      <w:r>
        <w:separator/>
      </w:r>
    </w:p>
  </w:footnote>
  <w:footnote w:type="continuationSeparator" w:id="0">
    <w:p w14:paraId="58639D63" w14:textId="77777777" w:rsidR="004B27F7" w:rsidRDefault="004B27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8971" w14:textId="77777777" w:rsidR="00FF2DC5" w:rsidRDefault="00000000">
    <w:pPr>
      <w:pStyle w:val="stBilgi"/>
    </w:pPr>
    <w:r>
      <w:rPr>
        <w:b/>
        <w:color w:val="666666"/>
        <w:sz w:val="17"/>
      </w:rPr>
      <w:t>ÖZÜRLÜLER VAKFI  |  2023 MALİ RAPORU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602295728">
    <w:abstractNumId w:val="8"/>
  </w:num>
  <w:num w:numId="2" w16cid:durableId="1952349485">
    <w:abstractNumId w:val="6"/>
  </w:num>
  <w:num w:numId="3" w16cid:durableId="2094081755">
    <w:abstractNumId w:val="5"/>
  </w:num>
  <w:num w:numId="4" w16cid:durableId="1072970248">
    <w:abstractNumId w:val="4"/>
  </w:num>
  <w:num w:numId="5" w16cid:durableId="1264411718">
    <w:abstractNumId w:val="7"/>
  </w:num>
  <w:num w:numId="6" w16cid:durableId="1338919717">
    <w:abstractNumId w:val="3"/>
  </w:num>
  <w:num w:numId="7" w16cid:durableId="665942968">
    <w:abstractNumId w:val="2"/>
  </w:num>
  <w:num w:numId="8" w16cid:durableId="553353033">
    <w:abstractNumId w:val="1"/>
  </w:num>
  <w:num w:numId="9" w16cid:durableId="1120370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2691"/>
    <w:rsid w:val="0029639D"/>
    <w:rsid w:val="00326F90"/>
    <w:rsid w:val="004B27F7"/>
    <w:rsid w:val="006E6012"/>
    <w:rsid w:val="009F5269"/>
    <w:rsid w:val="00AA1D8D"/>
    <w:rsid w:val="00B47730"/>
    <w:rsid w:val="00BF6260"/>
    <w:rsid w:val="00CB0664"/>
    <w:rsid w:val="00E22DFF"/>
    <w:rsid w:val="00FC693F"/>
    <w:rsid w:val="00FF2D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A35934"/>
  <w14:defaultImageDpi w14:val="300"/>
  <w15:docId w15:val="{6E0B3B98-F486-4B10-B992-9585C5D1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Calibri" w:hAnsi="Calibri"/>
      <w:color w:val="222222"/>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100"/>
      <w:outlineLvl w:val="1"/>
    </w:pPr>
    <w:rPr>
      <w:rFonts w:asciiTheme="majorHAnsi" w:eastAsiaTheme="majorEastAsia" w:hAnsiTheme="majorHAnsi" w:cstheme="majorBidi"/>
      <w:b/>
      <w:bCs/>
      <w:color w:val="082B46"/>
      <w:sz w:val="25"/>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967</Words>
  <Characters>5513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6468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Özürlüler Vakfı 2023 Mali Raporu</dc:title>
  <dc:subject>01.01.2023 - 31.12.2023 hesap dönemi</dc:subject>
  <dc:creator>Özürlüler Vakfı</dc:creator>
  <cp:keywords/>
  <dc:description>generated by python-docx</dc:description>
  <cp:lastModifiedBy>ahmet murat günay</cp:lastModifiedBy>
  <cp:revision>5</cp:revision>
  <dcterms:created xsi:type="dcterms:W3CDTF">2026-08-08T13:05:00Z</dcterms:created>
  <dcterms:modified xsi:type="dcterms:W3CDTF">2026-08-08T13:11:00Z</dcterms:modified>
  <cp:category/>
</cp:coreProperties>
</file>